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rFonts w:ascii="Arial" w:hAnsi="Arial"/>
          <w:b/>
          <w:color w:val="3552EB"/>
          <w:sz w:val="15"/>
        </w:rPr>
        <w:t>PRÉSIDENTIELLE 2027</w:t>
      </w:r>
    </w:p>
    <w:p>
      <w:pPr>
        <w:spacing w:after="60"/>
      </w:pPr>
      <w:r>
        <w:rPr>
          <w:rFonts w:ascii="Arial" w:hAnsi="Arial"/>
          <w:b/>
          <w:color w:val="171918"/>
          <w:sz w:val="56"/>
        </w:rPr>
        <w:t>Compatibilité</w:t>
        <w:br/>
        <w:t>programmatique</w:t>
      </w:r>
    </w:p>
    <w:p>
      <w:pPr>
        <w:spacing w:after="120"/>
      </w:pPr>
      <w:r>
        <w:rPr>
          <w:rFonts w:ascii="Arial" w:hAnsi="Arial"/>
          <w:color w:val="6C6A66"/>
          <w:sz w:val="24"/>
        </w:rPr>
        <w:t>des principales candidatures avec le référentiel de La France Humaniste</w:t>
      </w:r>
    </w:p>
    <w:p>
      <w:pPr>
        <w:spacing w:after="140"/>
      </w:pPr>
      <w:r>
        <w:rPr>
          <w:rFonts w:ascii="Arial" w:hAnsi="Arial"/>
          <w:b/>
          <w:color w:val="3552EB"/>
          <w:sz w:val="17"/>
        </w:rPr>
        <w:t>10 candidats  ·  10 axes notés directement sur 10  ·  100 points</w:t>
      </w:r>
    </w:p>
    <w:p>
      <w:pPr>
        <w:spacing w:after="100"/>
        <w:jc w:val="center"/>
      </w:pPr>
      <w:r>
        <w:drawing>
          <wp:inline xmlns:a="http://schemas.openxmlformats.org/drawingml/2006/main" xmlns:pic="http://schemas.openxmlformats.org/drawingml/2006/picture">
            <wp:extent cx="5760720" cy="4320540"/>
            <wp:docPr id="1" name="Picture 1"/>
            <wp:cNvGraphicFramePr>
              <a:graphicFrameLocks noChangeAspect="1"/>
            </wp:cNvGraphicFramePr>
            <a:graphic>
              <a:graphicData uri="http://schemas.openxmlformats.org/drawingml/2006/picture">
                <pic:pic>
                  <pic:nvPicPr>
                    <pic:cNvPr id="0" name="cover.png"/>
                    <pic:cNvPicPr/>
                  </pic:nvPicPr>
                  <pic:blipFill>
                    <a:blip r:embed="rId11"/>
                    <a:stretch>
                      <a:fillRect/>
                    </a:stretch>
                  </pic:blipFill>
                  <pic:spPr>
                    <a:xfrm>
                      <a:off x="0" y="0"/>
                      <a:ext cx="5760720" cy="432054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8F3E9"/>
            <w:tcMar>
              <w:top w:w="115" w:type="dxa"/>
              <w:start w:w="140" w:type="dxa"/>
              <w:bottom w:w="115" w:type="dxa"/>
              <w:end w:w="140" w:type="dxa"/>
            </w:tcMar>
            <w:tcBorders>
              <w:top w:val="single" w:sz="8" w:color="3552EB"/>
              <w:start w:val="single" w:sz="8" w:color="3552EB"/>
              <w:bottom w:val="single" w:sz="8" w:color="3552EB"/>
              <w:end w:val="single" w:sz="8" w:color="3552EB"/>
            </w:tcBorders>
            <w:vAlign w:val="center"/>
          </w:tcPr>
          <w:p>
            <w:pPr>
              <w:spacing w:after="40"/>
            </w:pPr>
            <w:r>
              <w:rPr>
                <w:rFonts w:ascii="Arial" w:hAnsi="Arial"/>
              </w:rPr>
              <w:t>Analyse indépendante</w:t>
              <w:br/>
              <w:t>Photographie documentaire arrêtée au 3 août 2026. Version du 3 août 2026. Le score mesure une proximité avec le corpus publié par La France Humaniste ; il n’évalue pas globalement les personnes. Ce document n’est ni une publication officielle de La France Humaniste ni une consigne de vote.</w:t>
            </w:r>
          </w:p>
        </w:tc>
      </w:tr>
    </w:tbl>
    <w:p>
      <w:pPr>
        <w:spacing w:after="0" w:before="0"/>
      </w:pPr>
    </w:p>
    <w:p>
      <w:r>
        <w:br w:type="page"/>
      </w:r>
    </w:p>
    <w:p>
      <w:pPr>
        <w:spacing w:before="0" w:after="40"/>
      </w:pPr>
      <w:r>
        <w:rPr>
          <w:rFonts w:ascii="Arial" w:hAnsi="Arial"/>
          <w:b/>
          <w:color w:val="3552EB"/>
          <w:sz w:val="15"/>
        </w:rPr>
        <w:t>VUE D’ENSEMBLE</w:t>
      </w:r>
    </w:p>
    <w:p>
      <w:pPr>
        <w:pStyle w:val="Title"/>
        <w:spacing w:after="100"/>
        <w:pBdr>
          <w:bottom w:val="single" w:sz="8" w:space="3" w:color="3552EB"/>
        </w:pBdr>
      </w:pPr>
      <w:r>
        <w:rPr>
          <w:rFonts w:ascii="Arial" w:hAnsi="Arial"/>
          <w:b/>
          <w:color w:val="171918"/>
          <w:sz w:val="52"/>
        </w:rPr>
        <w:t>Résultats en un coup d’œil</w:t>
      </w:r>
    </w:p>
    <w:p>
      <w:pPr>
        <w:spacing w:after="140"/>
      </w:pPr>
      <w:r>
        <w:rPr>
          <w:rFonts w:ascii="Arial" w:hAnsi="Arial"/>
          <w:color w:val="6C6A66"/>
          <w:sz w:val="19"/>
        </w:rPr>
        <w:t>Classement issu de l’addition des dix notes argumentées, sans pondération cachée.</w:t>
      </w:r>
    </w:p>
    <w:p>
      <w:pPr>
        <w:spacing w:after="0"/>
        <w:jc w:val="center"/>
      </w:pPr>
      <w:r>
        <w:drawing>
          <wp:inline xmlns:a="http://schemas.openxmlformats.org/drawingml/2006/main" xmlns:pic="http://schemas.openxmlformats.org/drawingml/2006/picture">
            <wp:extent cx="4114800" cy="7315200"/>
            <wp:docPr id="2" name="Picture 2"/>
            <wp:cNvGraphicFramePr>
              <a:graphicFrameLocks noChangeAspect="1"/>
            </wp:cNvGraphicFramePr>
            <a:graphic>
              <a:graphicData uri="http://schemas.openxmlformats.org/drawingml/2006/picture">
                <pic:pic>
                  <pic:nvPicPr>
                    <pic:cNvPr id="0" name="ranking.png"/>
                    <pic:cNvPicPr/>
                  </pic:nvPicPr>
                  <pic:blipFill>
                    <a:blip r:embed="rId12"/>
                    <a:stretch>
                      <a:fillRect/>
                    </a:stretch>
                  </pic:blipFill>
                  <pic:spPr>
                    <a:xfrm>
                      <a:off x="0" y="0"/>
                      <a:ext cx="4114800" cy="7315200"/>
                    </a:xfrm>
                    <a:prstGeom prst="rect"/>
                  </pic:spPr>
                </pic:pic>
              </a:graphicData>
            </a:graphic>
          </wp:inline>
        </w:drawing>
      </w:r>
    </w:p>
    <w:p>
      <w:r>
        <w:br w:type="page"/>
      </w:r>
    </w:p>
    <w:p>
      <w:pPr>
        <w:spacing w:before="0" w:after="40"/>
      </w:pPr>
      <w:r>
        <w:rPr>
          <w:rFonts w:ascii="Arial" w:hAnsi="Arial"/>
          <w:b/>
          <w:color w:val="3552EB"/>
          <w:sz w:val="15"/>
        </w:rPr>
        <w:t>MÉTHODE</w:t>
      </w:r>
    </w:p>
    <w:p>
      <w:pPr>
        <w:pStyle w:val="Title"/>
        <w:spacing w:after="100"/>
        <w:pBdr>
          <w:bottom w:val="single" w:sz="8" w:space="3" w:color="3552EB"/>
        </w:pBdr>
      </w:pPr>
      <w:r>
        <w:rPr>
          <w:rFonts w:ascii="Arial" w:hAnsi="Arial"/>
          <w:b/>
          <w:color w:val="171918"/>
          <w:sz w:val="52"/>
        </w:rPr>
        <w:t>Comment les notes sont construites</w:t>
      </w:r>
    </w:p>
    <w:p>
      <w:pPr>
        <w:spacing w:after="140"/>
      </w:pPr>
      <w:r>
        <w:rPr>
          <w:rFonts w:ascii="Arial" w:hAnsi="Arial"/>
          <w:color w:val="6C6A66"/>
          <w:sz w:val="19"/>
        </w:rPr>
        <w:t>Les dix axes synthétisent les lignes structurantes publiées par La France Humaniste : institutions, État, travail, finances publiques, souverainetés, écogaullisme, agriculture, cohésion, Europe et intelligence artificielle.</w:t>
      </w:r>
    </w:p>
    <w:tbl>
      <w:tblPr>
        <w:tblW w:type="dxa" w:w="9240"/>
        <w:tblLayout w:type="fixed"/>
        <w:tblLook w:firstColumn="1" w:firstRow="1" w:lastColumn="0" w:lastRow="0" w:noHBand="0" w:noVBand="1" w:val="04A0"/>
        <w:tblInd w:w="120" w:type="dxa"/>
      </w:tblPr>
      <w:tblGrid>
        <w:gridCol w:w="1320"/>
        <w:gridCol w:w="7920"/>
      </w:tblGrid>
      <w:tr>
        <w:trPr>
          <w:tblHeader w:val="true"/>
        </w:trPr>
        <w:tc>
          <w:tcPr>
            <w:tcW w:type="dxa" w:w="1320"/>
            <w:shd w:fill="171918"/>
            <w:tcMar>
              <w:top w:w="70" w:type="dxa"/>
              <w:start w:w="120" w:type="dxa"/>
              <w:bottom w:w="70" w:type="dxa"/>
              <w:end w:w="120" w:type="dxa"/>
            </w:tcMar>
            <w:vAlign w:val="center"/>
          </w:tcPr>
          <w:p>
            <w:pPr>
              <w:jc w:val="center"/>
            </w:pPr>
            <w:r>
              <w:rPr>
                <w:rFonts w:ascii="Arial" w:hAnsi="Arial"/>
                <w:b/>
                <w:color w:val="FFFFFF"/>
                <w:sz w:val="17"/>
              </w:rPr>
              <w:t>Note</w:t>
            </w:r>
          </w:p>
        </w:tc>
        <w:tc>
          <w:tcPr>
            <w:tcW w:type="dxa" w:w="7920"/>
            <w:shd w:fill="171918"/>
            <w:tcMar>
              <w:top w:w="70" w:type="dxa"/>
              <w:start w:w="120" w:type="dxa"/>
              <w:bottom w:w="70" w:type="dxa"/>
              <w:end w:w="120" w:type="dxa"/>
            </w:tcMar>
            <w:vAlign w:val="center"/>
          </w:tcPr>
          <w:p>
            <w:pPr>
              <w:jc w:val="left"/>
            </w:pPr>
            <w:r>
              <w:rPr>
                <w:rFonts w:ascii="Arial" w:hAnsi="Arial"/>
                <w:b/>
                <w:color w:val="FFFFFF"/>
                <w:sz w:val="17"/>
              </w:rPr>
              <w:t>Interprétation</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CC2A1F"/>
                <w:sz w:val="17"/>
              </w:rPr>
              <w:t>0</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Opposition complète</w:t>
            </w:r>
          </w:p>
        </w:tc>
      </w:tr>
      <w:tr>
        <w:tc>
          <w:tcPr>
            <w:tcW w:type="dxa" w:w="1320"/>
            <w:shd w:fill="F1ECE2"/>
            <w:tcMar>
              <w:top w:w="65" w:type="dxa"/>
              <w:start w:w="120" w:type="dxa"/>
              <w:bottom w:w="65" w:type="dxa"/>
              <w:end w:w="120" w:type="dxa"/>
            </w:tcMar>
            <w:vAlign w:val="center"/>
            <w:tcBorders>
              <w:bottom w:val="single" w:sz="4" w:color="D9D3C7"/>
            </w:tcBorders>
          </w:tcPr>
          <w:p>
            <w:pPr>
              <w:jc w:val="center"/>
            </w:pPr>
            <w:r>
              <w:rPr>
                <w:rFonts w:ascii="Arial" w:hAnsi="Arial"/>
                <w:b/>
                <w:color w:val="CC2A1F"/>
                <w:sz w:val="17"/>
              </w:rPr>
              <w:t>1–2</w:t>
            </w:r>
          </w:p>
        </w:tc>
        <w:tc>
          <w:tcPr>
            <w:tcW w:type="dxa" w:w="7920"/>
            <w:shd w:fill="F1ECE2"/>
            <w:tcMar>
              <w:top w:w="65" w:type="dxa"/>
              <w:start w:w="120" w:type="dxa"/>
              <w:bottom w:w="65" w:type="dxa"/>
              <w:end w:w="120" w:type="dxa"/>
            </w:tcMar>
            <w:vAlign w:val="center"/>
            <w:tcBorders>
              <w:bottom w:val="single" w:sz="4" w:color="D9D3C7"/>
            </w:tcBorders>
          </w:tcPr>
          <w:p>
            <w:r>
              <w:rPr>
                <w:rFonts w:ascii="Arial" w:hAnsi="Arial"/>
                <w:color w:val="171918"/>
                <w:sz w:val="17"/>
              </w:rPr>
              <w:t>Très faible compatibilité</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E65117"/>
                <w:sz w:val="17"/>
              </w:rPr>
              <w:t>3–4</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Plutôt incompatible</w:t>
            </w:r>
          </w:p>
        </w:tc>
      </w:tr>
      <w:tr>
        <w:tc>
          <w:tcPr>
            <w:tcW w:type="dxa" w:w="1320"/>
            <w:shd w:fill="F1ECE2"/>
            <w:tcMar>
              <w:top w:w="65" w:type="dxa"/>
              <w:start w:w="120" w:type="dxa"/>
              <w:bottom w:w="65" w:type="dxa"/>
              <w:end w:w="120" w:type="dxa"/>
            </w:tcMar>
            <w:vAlign w:val="center"/>
            <w:tcBorders>
              <w:bottom w:val="single" w:sz="4" w:color="D9D3C7"/>
            </w:tcBorders>
          </w:tcPr>
          <w:p>
            <w:pPr>
              <w:jc w:val="center"/>
            </w:pPr>
            <w:r>
              <w:rPr>
                <w:rFonts w:ascii="Arial" w:hAnsi="Arial"/>
                <w:b/>
                <w:color w:val="D6A900"/>
                <w:sz w:val="17"/>
              </w:rPr>
              <w:t>5</w:t>
            </w:r>
          </w:p>
        </w:tc>
        <w:tc>
          <w:tcPr>
            <w:tcW w:type="dxa" w:w="7920"/>
            <w:shd w:fill="F1ECE2"/>
            <w:tcMar>
              <w:top w:w="65" w:type="dxa"/>
              <w:start w:w="120" w:type="dxa"/>
              <w:bottom w:w="65" w:type="dxa"/>
              <w:end w:w="120" w:type="dxa"/>
            </w:tcMar>
            <w:vAlign w:val="center"/>
            <w:tcBorders>
              <w:bottom w:val="single" w:sz="4" w:color="D9D3C7"/>
            </w:tcBorders>
          </w:tcPr>
          <w:p>
            <w:r>
              <w:rPr>
                <w:rFonts w:ascii="Arial" w:hAnsi="Arial"/>
                <w:color w:val="171918"/>
                <w:sz w:val="17"/>
              </w:rPr>
              <w:t>Bilan réellement mixte</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D6A900"/>
                <w:sz w:val="17"/>
              </w:rPr>
              <w:t>6–7</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Plutôt compatible</w:t>
            </w:r>
          </w:p>
        </w:tc>
      </w:tr>
      <w:tr>
        <w:tc>
          <w:tcPr>
            <w:tcW w:type="dxa" w:w="1320"/>
            <w:shd w:fill="F1ECE2"/>
            <w:tcMar>
              <w:top w:w="65" w:type="dxa"/>
              <w:start w:w="120" w:type="dxa"/>
              <w:bottom w:w="65" w:type="dxa"/>
              <w:end w:w="120" w:type="dxa"/>
            </w:tcMar>
            <w:vAlign w:val="center"/>
            <w:tcBorders>
              <w:bottom w:val="single" w:sz="4" w:color="D9D3C7"/>
            </w:tcBorders>
          </w:tcPr>
          <w:p>
            <w:pPr>
              <w:jc w:val="center"/>
            </w:pPr>
            <w:r>
              <w:rPr>
                <w:rFonts w:ascii="Arial" w:hAnsi="Arial"/>
                <w:b/>
                <w:color w:val="719A39"/>
                <w:sz w:val="17"/>
              </w:rPr>
              <w:t>8–9</w:t>
            </w:r>
          </w:p>
        </w:tc>
        <w:tc>
          <w:tcPr>
            <w:tcW w:type="dxa" w:w="7920"/>
            <w:shd w:fill="F1ECE2"/>
            <w:tcMar>
              <w:top w:w="65" w:type="dxa"/>
              <w:start w:w="120" w:type="dxa"/>
              <w:bottom w:w="65" w:type="dxa"/>
              <w:end w:w="120" w:type="dxa"/>
            </w:tcMar>
            <w:vAlign w:val="center"/>
            <w:tcBorders>
              <w:bottom w:val="single" w:sz="4" w:color="D9D3C7"/>
            </w:tcBorders>
          </w:tcPr>
          <w:p>
            <w:r>
              <w:rPr>
                <w:rFonts w:ascii="Arial" w:hAnsi="Arial"/>
                <w:color w:val="171918"/>
                <w:sz w:val="17"/>
              </w:rPr>
              <w:t>Forte compatibilité</w:t>
            </w:r>
          </w:p>
        </w:tc>
      </w:tr>
      <w:tr>
        <w:tc>
          <w:tcPr>
            <w:tcW w:type="dxa" w:w="1320"/>
            <w:shd w:fill="FFFDF9"/>
            <w:tcMar>
              <w:top w:w="65" w:type="dxa"/>
              <w:start w:w="120" w:type="dxa"/>
              <w:bottom w:w="65" w:type="dxa"/>
              <w:end w:w="120" w:type="dxa"/>
            </w:tcMar>
            <w:vAlign w:val="center"/>
            <w:tcBorders>
              <w:bottom w:val="single" w:sz="4" w:color="D9D3C7"/>
            </w:tcBorders>
          </w:tcPr>
          <w:p>
            <w:pPr>
              <w:jc w:val="center"/>
            </w:pPr>
            <w:r>
              <w:rPr>
                <w:rFonts w:ascii="Arial" w:hAnsi="Arial"/>
                <w:b/>
                <w:color w:val="2E8B57"/>
                <w:sz w:val="17"/>
              </w:rPr>
              <w:t>10</w:t>
            </w:r>
          </w:p>
        </w:tc>
        <w:tc>
          <w:tcPr>
            <w:tcW w:type="dxa" w:w="7920"/>
            <w:shd w:fill="FFFDF9"/>
            <w:tcMar>
              <w:top w:w="65" w:type="dxa"/>
              <w:start w:w="120" w:type="dxa"/>
              <w:bottom w:w="65" w:type="dxa"/>
              <w:end w:w="120" w:type="dxa"/>
            </w:tcMar>
            <w:vAlign w:val="center"/>
            <w:tcBorders>
              <w:bottom w:val="single" w:sz="4" w:color="D9D3C7"/>
            </w:tcBorders>
          </w:tcPr>
          <w:p>
            <w:r>
              <w:rPr>
                <w:rFonts w:ascii="Arial" w:hAnsi="Arial"/>
                <w:color w:val="171918"/>
                <w:sz w:val="17"/>
              </w:rPr>
              <w:t>Compatibilité complète</w:t>
            </w:r>
          </w:p>
        </w:tc>
      </w:tr>
    </w:tbl>
    <w:p>
      <w:pPr>
        <w:spacing w:after="20"/>
      </w:pPr>
    </w:p>
    <w:tbl>
      <w:tblPr>
        <w:tblW w:type="dxa" w:w="9240"/>
        <w:tblLayout w:type="fixed"/>
        <w:tblLook w:firstColumn="1" w:firstRow="1" w:lastColumn="0" w:lastRow="0" w:noHBand="0" w:noVBand="1" w:val="04A0"/>
        <w:tblInd w:w="120" w:type="dxa"/>
      </w:tblPr>
      <w:tblGrid>
        <w:gridCol w:w="9240"/>
      </w:tblGrid>
      <w:tr>
        <w:tc>
          <w:tcPr>
            <w:tcW w:type="dxa" w:w="9240"/>
            <w:shd w:fill="FFF8D8"/>
            <w:tcMar>
              <w:top w:w="115" w:type="dxa"/>
              <w:start w:w="140" w:type="dxa"/>
              <w:bottom w:w="115" w:type="dxa"/>
              <w:end w:w="140" w:type="dxa"/>
            </w:tcMar>
            <w:tcBorders>
              <w:top w:val="single" w:sz="8" w:color="3552EB"/>
              <w:start w:val="single" w:sz="8" w:color="3552EB"/>
              <w:bottom w:val="single" w:sz="8" w:color="3552EB"/>
              <w:end w:val="single" w:sz="8" w:color="3552EB"/>
            </w:tcBorders>
          </w:tcPr>
          <w:p>
            <w:pPr>
              <w:spacing w:after="40"/>
            </w:pPr>
            <w:r>
              <w:rPr>
                <w:rFonts w:ascii="Arial" w:hAnsi="Arial"/>
                <w:b/>
                <w:color w:val="3552EB"/>
                <w:sz w:val="18"/>
              </w:rPr>
              <w:t>Calcul</w:t>
            </w:r>
          </w:p>
          <w:p>
            <w:pPr>
              <w:spacing w:after="0"/>
            </w:pPr>
            <w:r>
              <w:rPr>
                <w:rFonts w:ascii="Arial" w:hAnsi="Arial"/>
                <w:color w:val="171918"/>
                <w:sz w:val="16"/>
              </w:rPr>
              <w:t>Chaque axe reçoit directement une note entière de 0 à 10. Les dix axes ont le même poids ; leur somme donne le total sur 100. Un écart de 1 ou 2 points ne doit pas être interprété comme une différence décisive.</w:t>
            </w:r>
          </w:p>
        </w:tc>
      </w:tr>
    </w:tbl>
    <w:p>
      <w:pPr>
        <w:spacing w:after="0" w:before="0"/>
      </w:pPr>
    </w:p>
    <w:tbl>
      <w:tblPr>
        <w:tblW w:type="dxa" w:w="9240"/>
        <w:tblLayout w:type="fixed"/>
        <w:tblLook w:firstColumn="1" w:firstRow="1" w:lastColumn="0" w:lastRow="0" w:noHBand="0" w:noVBand="1" w:val="04A0"/>
        <w:tblInd w:w="120" w:type="dxa"/>
      </w:tblPr>
      <w:tblGrid>
        <w:gridCol w:w="9240"/>
      </w:tblGrid>
      <w:tr>
        <w:tc>
          <w:tcPr>
            <w:tcW w:type="dxa" w:w="9240"/>
            <w:shd w:fill="EAF6F0"/>
            <w:tcMar>
              <w:top w:w="115" w:type="dxa"/>
              <w:start w:w="140" w:type="dxa"/>
              <w:bottom w:w="115" w:type="dxa"/>
              <w:end w:w="140" w:type="dxa"/>
            </w:tcMar>
            <w:tcBorders>
              <w:top w:val="single" w:sz="8" w:color="3552EB"/>
              <w:start w:val="single" w:sz="8" w:color="3552EB"/>
              <w:bottom w:val="single" w:sz="8" w:color="3552EB"/>
              <w:end w:val="single" w:sz="8" w:color="3552EB"/>
            </w:tcBorders>
          </w:tcPr>
          <w:p>
            <w:pPr>
              <w:spacing w:after="40"/>
            </w:pPr>
            <w:r>
              <w:rPr>
                <w:rFonts w:ascii="Arial" w:hAnsi="Arial"/>
                <w:b/>
                <w:color w:val="3552EB"/>
                <w:sz w:val="18"/>
              </w:rPr>
              <w:t>Robustesse documentaire séparée du score</w:t>
            </w:r>
          </w:p>
          <w:p>
            <w:pPr>
              <w:spacing w:after="0"/>
            </w:pPr>
            <w:r>
              <w:rPr>
                <w:rFonts w:ascii="Arial" w:hAnsi="Arial"/>
                <w:color w:val="171918"/>
                <w:sz w:val="16"/>
              </w:rPr>
              <w:t>Une documentation incomplète n’est ni assimilée à une opposition ni convertie mécaniquement en 5/10. Elle limite la note possible et est signalée séparément.</w:t>
            </w:r>
          </w:p>
        </w:tc>
      </w:tr>
    </w:tbl>
    <w:p>
      <w:pPr>
        <w:spacing w:after="0" w:before="0"/>
      </w:pPr>
    </w:p>
    <w:p>
      <w:r>
        <w:br w:type="page"/>
      </w:r>
    </w:p>
    <w:p>
      <w:pPr>
        <w:spacing w:before="0" w:after="40"/>
      </w:pPr>
      <w:r>
        <w:rPr>
          <w:rFonts w:ascii="Arial" w:hAnsi="Arial"/>
          <w:b/>
          <w:color w:val="3552EB"/>
          <w:sz w:val="15"/>
        </w:rPr>
        <w:t>RÉFÉRENTIEL</w:t>
      </w:r>
    </w:p>
    <w:p>
      <w:pPr>
        <w:pStyle w:val="Title"/>
        <w:spacing w:after="100"/>
        <w:pBdr>
          <w:bottom w:val="single" w:sz="8" w:space="3" w:color="3552EB"/>
        </w:pBdr>
      </w:pPr>
      <w:r>
        <w:rPr>
          <w:rFonts w:ascii="Arial" w:hAnsi="Arial"/>
          <w:b/>
          <w:color w:val="171918"/>
          <w:sz w:val="52"/>
        </w:rPr>
        <w:t>Les dix axes La France Humaniste</w:t>
      </w:r>
    </w:p>
    <w:p>
      <w:pPr>
        <w:spacing w:after="140"/>
      </w:pPr>
      <w:r>
        <w:rPr>
          <w:rFonts w:ascii="Arial" w:hAnsi="Arial"/>
          <w:color w:val="6C6A66"/>
          <w:sz w:val="19"/>
        </w:rPr>
        <w:t>Chaque axe est apprécié globalement sur 10 et reçoit le même poids.</w:t>
      </w:r>
    </w:p>
    <w:tbl>
      <w:tblPr>
        <w:tblW w:type="dxa" w:w="9240"/>
        <w:tblLayout w:type="fixed"/>
        <w:tblLook w:firstColumn="1" w:firstRow="1" w:lastColumn="0" w:lastRow="0" w:noHBand="0" w:noVBand="1" w:val="04A0"/>
        <w:tblInd w:w="120" w:type="dxa"/>
      </w:tblPr>
      <w:tblGrid>
        <w:gridCol w:w="600"/>
        <w:gridCol w:w="3000"/>
        <w:gridCol w:w="5640"/>
      </w:tblGrid>
      <w:tr>
        <w:trPr>
          <w:tblHeader w:val="true"/>
        </w:trPr>
        <w:tc>
          <w:tcPr>
            <w:tcW w:type="dxa" w:w="600"/>
            <w:shd w:fill="171918"/>
            <w:tcMar>
              <w:top w:w="75" w:type="dxa"/>
              <w:start w:w="120" w:type="dxa"/>
              <w:bottom w:w="75" w:type="dxa"/>
              <w:end w:w="120" w:type="dxa"/>
            </w:tcMar>
            <w:vAlign w:val="center"/>
          </w:tcPr>
          <w:p>
            <w:pPr>
              <w:jc w:val="center"/>
            </w:pPr>
            <w:r>
              <w:rPr>
                <w:rFonts w:ascii="Arial" w:hAnsi="Arial"/>
                <w:b/>
                <w:color w:val="FFFFFF"/>
                <w:sz w:val="16"/>
              </w:rPr>
              <w:t>#</w:t>
            </w:r>
          </w:p>
        </w:tc>
        <w:tc>
          <w:tcPr>
            <w:tcW w:type="dxa" w:w="3000"/>
            <w:shd w:fill="171918"/>
            <w:tcMar>
              <w:top w:w="75" w:type="dxa"/>
              <w:start w:w="120" w:type="dxa"/>
              <w:bottom w:w="75" w:type="dxa"/>
              <w:end w:w="120" w:type="dxa"/>
            </w:tcMar>
            <w:vAlign w:val="center"/>
          </w:tcPr>
          <w:p>
            <w:pPr>
              <w:jc w:val="center"/>
            </w:pPr>
            <w:r>
              <w:rPr>
                <w:rFonts w:ascii="Arial" w:hAnsi="Arial"/>
                <w:b/>
                <w:color w:val="FFFFFF"/>
                <w:sz w:val="16"/>
              </w:rPr>
              <w:t>Axe</w:t>
            </w:r>
          </w:p>
        </w:tc>
        <w:tc>
          <w:tcPr>
            <w:tcW w:type="dxa" w:w="5640"/>
            <w:shd w:fill="171918"/>
            <w:tcMar>
              <w:top w:w="75" w:type="dxa"/>
              <w:start w:w="120" w:type="dxa"/>
              <w:bottom w:w="75" w:type="dxa"/>
              <w:end w:w="120" w:type="dxa"/>
            </w:tcMar>
            <w:vAlign w:val="center"/>
          </w:tcPr>
          <w:p>
            <w:pPr>
              <w:jc w:val="center"/>
            </w:pPr>
            <w:r>
              <w:rPr>
                <w:rFonts w:ascii="Arial" w:hAnsi="Arial"/>
                <w:b/>
                <w:color w:val="FFFFFF"/>
                <w:sz w:val="16"/>
              </w:rPr>
              <w:t>Éléments examinés</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color w:val="23489B"/>
                <w:sz w:val="16"/>
              </w:rPr>
              <w:t>1</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sz w:val="16"/>
              </w:rPr>
              <w:t>République et institutions</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sz w:val="15"/>
              </w:rPr>
              <w:t>Ve République · État de droit · RIC et convention citoyenne · Justice et médias indépendants · Universalisme</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color w:val="23489B"/>
                <w:sz w:val="16"/>
              </w:rPr>
              <w:t>2</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sz w:val="16"/>
              </w:rPr>
              <w:t>État et services publics</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sz w:val="15"/>
              </w:rPr>
              <w:t>Hôpital, école, justice et sécurité · Fonction publique · Efficacité de l’État · Territoires · Accès humain</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color w:val="23489B"/>
                <w:sz w:val="16"/>
              </w:rPr>
              <w:t>3</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sz w:val="16"/>
              </w:rPr>
              <w:t>Travail et protection sociale</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sz w:val="15"/>
              </w:rPr>
              <w:t>Salaires et dignité du travail · Dialogue social · Participation des salariés · Formation · Retraites et pénibilité</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color w:val="23489B"/>
                <w:sz w:val="16"/>
              </w:rPr>
              <w:t>4</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sz w:val="16"/>
              </w:rPr>
              <w:t>Budget, dette et fiscalité</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sz w:val="15"/>
              </w:rPr>
              <w:t>Trajectoire pluriannuelle · Maîtrise de la dette · Équité de l’effort · Efficacité de la dépense · Fiscalité juste</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color w:val="23489B"/>
                <w:sz w:val="16"/>
              </w:rPr>
              <w:t>5</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sz w:val="16"/>
              </w:rPr>
              <w:t>Industrie et souverainetés</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sz w:val="15"/>
              </w:rPr>
              <w:t>Relocalisations · Fonds de souveraineté · Préférence européenne · Innovation · Autonomies énergétique et numérique</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color w:val="23489B"/>
                <w:sz w:val="16"/>
              </w:rPr>
              <w:t>6</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sz w:val="16"/>
              </w:rPr>
              <w:t>Écogaullisme et énergie</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sz w:val="15"/>
              </w:rPr>
              <w:t>Planification · Nucléaire et électrification · Prix carbone redistribué · Adaptation · Justice et proximité</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color w:val="23489B"/>
                <w:sz w:val="16"/>
              </w:rPr>
              <w:t>7</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sz w:val="16"/>
              </w:rPr>
              <w:t>Agriculture et alimentation</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sz w:val="15"/>
              </w:rPr>
              <w:t>Souveraineté alimentaire · Agriculture familiale et compétitive · PAC protectrice · Sols et biodiversité · Qualité</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color w:val="23489B"/>
                <w:sz w:val="16"/>
              </w:rPr>
              <w:t>8</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sz w:val="16"/>
              </w:rPr>
              <w:t>Immigration et cohésion</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sz w:val="15"/>
              </w:rPr>
              <w:t>Pilotage de long terme · Langue et formation · Répartition territoriale · Retours et réciprocité · Non-discrimination</w:t>
            </w:r>
          </w:p>
        </w:tc>
      </w:tr>
      <w:tr>
        <w:tc>
          <w:tcPr>
            <w:tcW w:type="dxa" w:w="600"/>
            <w:shd w:fill="FFFDF9"/>
            <w:tcMar>
              <w:top w:w="70" w:type="dxa"/>
              <w:start w:w="90" w:type="dxa"/>
              <w:bottom w:w="70" w:type="dxa"/>
              <w:end w:w="90" w:type="dxa"/>
            </w:tcMar>
            <w:vAlign w:val="center"/>
            <w:tcBorders>
              <w:bottom w:val="single" w:sz="4" w:color="D9D3C7"/>
            </w:tcBorders>
          </w:tcPr>
          <w:p>
            <w:pPr>
              <w:jc w:val="center"/>
            </w:pPr>
            <w:r>
              <w:rPr>
                <w:rFonts w:ascii="Arial" w:hAnsi="Arial"/>
                <w:color w:val="23489B"/>
                <w:sz w:val="16"/>
              </w:rPr>
              <w:t>9</w:t>
            </w:r>
          </w:p>
        </w:tc>
        <w:tc>
          <w:tcPr>
            <w:tcW w:type="dxa" w:w="3000"/>
            <w:shd w:fill="FFFDF9"/>
            <w:tcMar>
              <w:top w:w="70" w:type="dxa"/>
              <w:start w:w="90" w:type="dxa"/>
              <w:bottom w:w="70" w:type="dxa"/>
              <w:end w:w="90" w:type="dxa"/>
            </w:tcMar>
            <w:vAlign w:val="center"/>
            <w:tcBorders>
              <w:bottom w:val="single" w:sz="4" w:color="D9D3C7"/>
            </w:tcBorders>
          </w:tcPr>
          <w:p>
            <w:pPr>
              <w:jc w:val="center"/>
            </w:pPr>
            <w:r>
              <w:rPr>
                <w:rFonts w:ascii="Arial" w:hAnsi="Arial"/>
                <w:b/>
                <w:sz w:val="16"/>
              </w:rPr>
              <w:t>Europe, défense et diplomatie</w:t>
            </w:r>
          </w:p>
        </w:tc>
        <w:tc>
          <w:tcPr>
            <w:tcW w:type="dxa" w:w="5640"/>
            <w:shd w:fill="FFFDF9"/>
            <w:tcMar>
              <w:top w:w="70" w:type="dxa"/>
              <w:start w:w="90" w:type="dxa"/>
              <w:bottom w:w="70" w:type="dxa"/>
              <w:end w:w="90" w:type="dxa"/>
            </w:tcMar>
            <w:vAlign w:val="center"/>
            <w:tcBorders>
              <w:bottom w:val="single" w:sz="4" w:color="D9D3C7"/>
            </w:tcBorders>
          </w:tcPr>
          <w:p>
            <w:pPr>
              <w:jc w:val="left"/>
            </w:pPr>
            <w:r>
              <w:rPr>
                <w:rFonts w:ascii="Arial" w:hAnsi="Arial"/>
                <w:sz w:val="15"/>
              </w:rPr>
              <w:t>Europe souveraine · Défense commune · Autonomie stratégique · Ukraine et paix · Droit international</w:t>
            </w:r>
          </w:p>
        </w:tc>
      </w:tr>
      <w:tr>
        <w:tc>
          <w:tcPr>
            <w:tcW w:type="dxa" w:w="600"/>
            <w:shd w:fill="F1ECE2"/>
            <w:tcMar>
              <w:top w:w="70" w:type="dxa"/>
              <w:start w:w="90" w:type="dxa"/>
              <w:bottom w:w="70" w:type="dxa"/>
              <w:end w:w="90" w:type="dxa"/>
            </w:tcMar>
            <w:vAlign w:val="center"/>
            <w:tcBorders>
              <w:bottom w:val="single" w:sz="4" w:color="D9D3C7"/>
            </w:tcBorders>
          </w:tcPr>
          <w:p>
            <w:pPr>
              <w:jc w:val="center"/>
            </w:pPr>
            <w:r>
              <w:rPr>
                <w:rFonts w:ascii="Arial" w:hAnsi="Arial"/>
                <w:color w:val="23489B"/>
                <w:sz w:val="16"/>
              </w:rPr>
              <w:t>10</w:t>
            </w:r>
          </w:p>
        </w:tc>
        <w:tc>
          <w:tcPr>
            <w:tcW w:type="dxa" w:w="3000"/>
            <w:shd w:fill="F1ECE2"/>
            <w:tcMar>
              <w:top w:w="70" w:type="dxa"/>
              <w:start w:w="90" w:type="dxa"/>
              <w:bottom w:w="70" w:type="dxa"/>
              <w:end w:w="90" w:type="dxa"/>
            </w:tcMar>
            <w:vAlign w:val="center"/>
            <w:tcBorders>
              <w:bottom w:val="single" w:sz="4" w:color="D9D3C7"/>
            </w:tcBorders>
          </w:tcPr>
          <w:p>
            <w:pPr>
              <w:jc w:val="center"/>
            </w:pPr>
            <w:r>
              <w:rPr>
                <w:rFonts w:ascii="Arial" w:hAnsi="Arial"/>
                <w:b/>
                <w:sz w:val="16"/>
              </w:rPr>
              <w:t>Numérique, IA et culture</w:t>
            </w:r>
          </w:p>
        </w:tc>
        <w:tc>
          <w:tcPr>
            <w:tcW w:type="dxa" w:w="5640"/>
            <w:shd w:fill="F1ECE2"/>
            <w:tcMar>
              <w:top w:w="70" w:type="dxa"/>
              <w:start w:w="90" w:type="dxa"/>
              <w:bottom w:w="70" w:type="dxa"/>
              <w:end w:w="90" w:type="dxa"/>
            </w:tcMar>
            <w:vAlign w:val="center"/>
            <w:tcBorders>
              <w:bottom w:val="single" w:sz="4" w:color="D9D3C7"/>
            </w:tcBorders>
          </w:tcPr>
          <w:p>
            <w:pPr>
              <w:jc w:val="left"/>
            </w:pPr>
            <w:r>
              <w:rPr>
                <w:rFonts w:ascii="Arial" w:hAnsi="Arial"/>
                <w:sz w:val="15"/>
              </w:rPr>
              <w:t>Contrôle humain de l’IA · Souveraineté européenne · Droits d’auteur · Mineurs et attention · Exception culturelle</w:t>
            </w:r>
          </w:p>
        </w:tc>
      </w:tr>
    </w:tbl>
    <w:p>
      <w:r>
        <w:br w:type="page"/>
      </w:r>
    </w:p>
    <w:p>
      <w:pPr>
        <w:spacing w:before="0" w:after="40"/>
      </w:pPr>
      <w:r>
        <w:rPr>
          <w:rFonts w:ascii="Arial" w:hAnsi="Arial"/>
          <w:b/>
          <w:color w:val="3552EB"/>
          <w:sz w:val="15"/>
        </w:rPr>
        <w:t>RÉSULTATS</w:t>
      </w:r>
    </w:p>
    <w:p>
      <w:pPr>
        <w:pStyle w:val="Title"/>
        <w:spacing w:after="100"/>
        <w:pBdr>
          <w:bottom w:val="single" w:sz="8" w:space="3" w:color="3552EB"/>
        </w:pBdr>
      </w:pPr>
      <w:r>
        <w:rPr>
          <w:rFonts w:ascii="Arial" w:hAnsi="Arial"/>
          <w:b/>
          <w:color w:val="171918"/>
          <w:sz w:val="52"/>
        </w:rPr>
        <w:t>Classement général</w:t>
      </w:r>
    </w:p>
    <w:p>
      <w:pPr>
        <w:spacing w:after="140"/>
      </w:pPr>
      <w:r>
        <w:rPr>
          <w:rFonts w:ascii="Arial" w:hAnsi="Arial"/>
          <w:color w:val="6C6A66"/>
          <w:sz w:val="19"/>
        </w:rPr>
        <w:t>Somme des dix axes, sans agrégation entre référentiels.</w:t>
      </w:r>
    </w:p>
    <w:tbl>
      <w:tblPr>
        <w:tblW w:type="dxa" w:w="9240"/>
        <w:tblLayout w:type="fixed"/>
        <w:tblLook w:firstColumn="1" w:firstRow="1" w:lastColumn="0" w:lastRow="0" w:noHBand="0" w:noVBand="1" w:val="04A0"/>
        <w:tblInd w:w="120" w:type="dxa"/>
      </w:tblPr>
      <w:tblGrid>
        <w:gridCol w:w="980"/>
        <w:gridCol w:w="2650"/>
        <w:gridCol w:w="3000"/>
        <w:gridCol w:w="1250"/>
        <w:gridCol w:w="1360"/>
      </w:tblGrid>
      <w:tr>
        <w:trPr>
          <w:tblHeader w:val="true"/>
        </w:trPr>
        <w:tc>
          <w:tcPr>
            <w:tcW w:type="dxa" w:w="980"/>
            <w:shd w:fill="171918"/>
            <w:tcMar>
              <w:top w:w="70" w:type="dxa"/>
              <w:start w:w="120" w:type="dxa"/>
              <w:bottom w:w="70" w:type="dxa"/>
              <w:end w:w="120" w:type="dxa"/>
            </w:tcMar>
            <w:vAlign w:val="center"/>
          </w:tcPr>
          <w:p>
            <w:pPr>
              <w:jc w:val="center"/>
            </w:pPr>
            <w:r>
              <w:rPr>
                <w:rFonts w:ascii="Arial" w:hAnsi="Arial"/>
                <w:b/>
                <w:color w:val="FFFFFF"/>
                <w:sz w:val="15"/>
              </w:rPr>
              <w:t>Rang</w:t>
            </w:r>
          </w:p>
        </w:tc>
        <w:tc>
          <w:tcPr>
            <w:tcW w:type="dxa" w:w="2650"/>
            <w:shd w:fill="171918"/>
            <w:tcMar>
              <w:top w:w="70" w:type="dxa"/>
              <w:start w:w="120" w:type="dxa"/>
              <w:bottom w:w="70" w:type="dxa"/>
              <w:end w:w="120" w:type="dxa"/>
            </w:tcMar>
            <w:vAlign w:val="center"/>
          </w:tcPr>
          <w:p>
            <w:pPr>
              <w:jc w:val="center"/>
            </w:pPr>
            <w:r>
              <w:rPr>
                <w:rFonts w:ascii="Arial" w:hAnsi="Arial"/>
                <w:b/>
                <w:color w:val="FFFFFF"/>
                <w:sz w:val="15"/>
              </w:rPr>
              <w:t>Candidat</w:t>
            </w:r>
          </w:p>
        </w:tc>
        <w:tc>
          <w:tcPr>
            <w:tcW w:type="dxa" w:w="3000"/>
            <w:shd w:fill="171918"/>
            <w:tcMar>
              <w:top w:w="70" w:type="dxa"/>
              <w:start w:w="120" w:type="dxa"/>
              <w:bottom w:w="70" w:type="dxa"/>
              <w:end w:w="120" w:type="dxa"/>
            </w:tcMar>
            <w:vAlign w:val="center"/>
          </w:tcPr>
          <w:p>
            <w:pPr>
              <w:jc w:val="center"/>
            </w:pPr>
            <w:r>
              <w:rPr>
                <w:rFonts w:ascii="Arial" w:hAnsi="Arial"/>
                <w:b/>
                <w:color w:val="FFFFFF"/>
                <w:sz w:val="15"/>
              </w:rPr>
              <w:t>Formation</w:t>
            </w:r>
          </w:p>
        </w:tc>
        <w:tc>
          <w:tcPr>
            <w:tcW w:type="dxa" w:w="1250"/>
            <w:shd w:fill="171918"/>
            <w:tcMar>
              <w:top w:w="70" w:type="dxa"/>
              <w:start w:w="120" w:type="dxa"/>
              <w:bottom w:w="70" w:type="dxa"/>
              <w:end w:w="120" w:type="dxa"/>
            </w:tcMar>
            <w:vAlign w:val="center"/>
          </w:tcPr>
          <w:p>
            <w:pPr>
              <w:jc w:val="center"/>
            </w:pPr>
            <w:r>
              <w:rPr>
                <w:rFonts w:ascii="Arial" w:hAnsi="Arial"/>
                <w:b/>
                <w:color w:val="FFFFFF"/>
                <w:sz w:val="15"/>
              </w:rPr>
              <w:t>Total</w:t>
            </w:r>
          </w:p>
        </w:tc>
        <w:tc>
          <w:tcPr>
            <w:tcW w:type="dxa" w:w="1360"/>
            <w:shd w:fill="171918"/>
            <w:tcMar>
              <w:top w:w="70" w:type="dxa"/>
              <w:start w:w="120" w:type="dxa"/>
              <w:bottom w:w="70" w:type="dxa"/>
              <w:end w:w="120" w:type="dxa"/>
            </w:tcMar>
            <w:vAlign w:val="center"/>
          </w:tcPr>
          <w:p>
            <w:pPr>
              <w:jc w:val="center"/>
            </w:pPr>
            <w:r>
              <w:rPr>
                <w:rFonts w:ascii="Arial" w:hAnsi="Arial"/>
                <w:b/>
                <w:color w:val="FFFFFF"/>
                <w:sz w:val="15"/>
              </w:rPr>
              <w:t>Documentation</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sz w:val="16"/>
              </w:rPr>
              <w:t>1er</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sz w:val="16"/>
              </w:rPr>
              <w:t>Raphaël Glucksmann</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sz w:val="16"/>
              </w:rPr>
              <w:t>Place publique</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719F33"/>
                <w:sz w:val="16"/>
              </w:rPr>
              <w:t>79/100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sz w:val="16"/>
              </w:rPr>
              <w:t>Élevée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sz w:val="16"/>
              </w:rPr>
              <w:t>2e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sz w:val="16"/>
              </w:rPr>
              <w:t>Fabien Roussel</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sz w:val="16"/>
              </w:rPr>
              <w:t>Parti communiste français</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719F33"/>
                <w:sz w:val="16"/>
              </w:rPr>
              <w:t>75/100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sz w:val="16"/>
              </w:rPr>
              <w:t>Moyenne à élevée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sz w:val="16"/>
              </w:rPr>
              <w:t>3e ex.</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sz w:val="16"/>
              </w:rPr>
              <w:t>François Ruffin</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sz w:val="16"/>
              </w:rPr>
              <w:t>Picardie debout / Debout !</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719F33"/>
                <w:sz w:val="16"/>
              </w:rPr>
              <w:t>74/100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sz w:val="16"/>
              </w:rPr>
              <w:t>Moyenne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sz w:val="16"/>
              </w:rPr>
              <w:t>3e ex.</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sz w:val="16"/>
              </w:rPr>
              <w:t>Marine Tondelier</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sz w:val="16"/>
              </w:rPr>
              <w:t>Les Écologistes</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719F33"/>
                <w:sz w:val="16"/>
              </w:rPr>
              <w:t>74/100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sz w:val="16"/>
              </w:rPr>
              <w:t>Élevée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sz w:val="16"/>
              </w:rPr>
              <w:t>5e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sz w:val="16"/>
              </w:rPr>
              <w:t>Édouard Philippe</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sz w:val="16"/>
              </w:rPr>
              <w:t>Horizons</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719F33"/>
                <w:sz w:val="16"/>
              </w:rPr>
              <w:t>69/100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sz w:val="16"/>
              </w:rPr>
              <w:t>Moyenne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sz w:val="16"/>
              </w:rPr>
              <w:t>6e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sz w:val="16"/>
              </w:rPr>
              <w:t>Jean-Luc Mélenchon</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sz w:val="16"/>
              </w:rPr>
              <w:t>La France insoumise</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719F33"/>
                <w:sz w:val="16"/>
              </w:rPr>
              <w:t>68/100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sz w:val="16"/>
              </w:rPr>
              <w:t>Élevée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sz w:val="16"/>
              </w:rPr>
              <w:t>7e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sz w:val="16"/>
              </w:rPr>
              <w:t>Gabriel Attal</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sz w:val="16"/>
              </w:rPr>
              <w:t>Renaissance</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D6A600"/>
                <w:sz w:val="16"/>
              </w:rPr>
              <w:t>63/100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sz w:val="16"/>
              </w:rPr>
              <w:t>Moyenne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sz w:val="16"/>
              </w:rPr>
              <w:t>8e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sz w:val="16"/>
              </w:rPr>
              <w:t>Marine Le Pen</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sz w:val="16"/>
              </w:rPr>
              <w:t>Rassemblement national</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D6A600"/>
                <w:sz w:val="16"/>
              </w:rPr>
              <w:t>52/100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sz w:val="16"/>
              </w:rPr>
              <w:t>Moyenne à élevée</w:t>
            </w:r>
          </w:p>
        </w:tc>
      </w:tr>
      <w:tr>
        <w:tc>
          <w:tcPr>
            <w:tcW w:type="dxa" w:w="980"/>
            <w:shd w:fill="FFFDF9"/>
            <w:tcMar>
              <w:top w:w="70" w:type="dxa"/>
              <w:start w:w="80" w:type="dxa"/>
              <w:bottom w:w="70" w:type="dxa"/>
              <w:end w:w="80" w:type="dxa"/>
            </w:tcMar>
            <w:vAlign w:val="center"/>
            <w:tcBorders>
              <w:bottom w:val="single" w:sz="4" w:color="D9D3C7"/>
            </w:tcBorders>
          </w:tcPr>
          <w:p>
            <w:pPr>
              <w:jc w:val="center"/>
            </w:pPr>
            <w:r>
              <w:rPr>
                <w:rFonts w:ascii="Arial" w:hAnsi="Arial"/>
                <w:b w:val="0"/>
                <w:sz w:val="16"/>
              </w:rPr>
              <w:t>9e</w:t>
            </w:r>
          </w:p>
        </w:tc>
        <w:tc>
          <w:tcPr>
            <w:tcW w:type="dxa" w:w="2650"/>
            <w:shd w:fill="FFFDF9"/>
            <w:tcMar>
              <w:top w:w="70" w:type="dxa"/>
              <w:start w:w="80" w:type="dxa"/>
              <w:bottom w:w="70" w:type="dxa"/>
              <w:end w:w="80" w:type="dxa"/>
            </w:tcMar>
            <w:vAlign w:val="center"/>
            <w:tcBorders>
              <w:bottom w:val="single" w:sz="4" w:color="D9D3C7"/>
            </w:tcBorders>
          </w:tcPr>
          <w:p>
            <w:pPr>
              <w:jc w:val="left"/>
            </w:pPr>
            <w:r>
              <w:rPr>
                <w:rFonts w:ascii="Arial" w:hAnsi="Arial"/>
                <w:b/>
                <w:sz w:val="16"/>
              </w:rPr>
              <w:t>Bruno Retailleau</w:t>
            </w:r>
          </w:p>
        </w:tc>
        <w:tc>
          <w:tcPr>
            <w:tcW w:type="dxa" w:w="3000"/>
            <w:shd w:fill="FFFDF9"/>
            <w:tcMar>
              <w:top w:w="70" w:type="dxa"/>
              <w:start w:w="80" w:type="dxa"/>
              <w:bottom w:w="70" w:type="dxa"/>
              <w:end w:w="80" w:type="dxa"/>
            </w:tcMar>
            <w:vAlign w:val="center"/>
            <w:tcBorders>
              <w:bottom w:val="single" w:sz="4" w:color="D9D3C7"/>
            </w:tcBorders>
          </w:tcPr>
          <w:p>
            <w:pPr>
              <w:jc w:val="left"/>
            </w:pPr>
            <w:r>
              <w:rPr>
                <w:rFonts w:ascii="Arial" w:hAnsi="Arial"/>
                <w:b w:val="0"/>
                <w:sz w:val="16"/>
              </w:rPr>
              <w:t>Les Républicains</w:t>
            </w:r>
          </w:p>
        </w:tc>
        <w:tc>
          <w:tcPr>
            <w:tcW w:type="dxa" w:w="1250"/>
            <w:shd w:fill="FFFDF9"/>
            <w:tcMar>
              <w:top w:w="70" w:type="dxa"/>
              <w:start w:w="80" w:type="dxa"/>
              <w:bottom w:w="70" w:type="dxa"/>
              <w:end w:w="80" w:type="dxa"/>
            </w:tcMar>
            <w:vAlign w:val="center"/>
            <w:tcBorders>
              <w:bottom w:val="single" w:sz="4" w:color="D9D3C7"/>
            </w:tcBorders>
          </w:tcPr>
          <w:p>
            <w:pPr>
              <w:jc w:val="center"/>
            </w:pPr>
            <w:r>
              <w:rPr>
                <w:rFonts w:ascii="Arial" w:hAnsi="Arial"/>
                <w:b/>
                <w:color w:val="D6A600"/>
                <w:sz w:val="16"/>
              </w:rPr>
              <w:t>49/100</w:t>
            </w:r>
          </w:p>
        </w:tc>
        <w:tc>
          <w:tcPr>
            <w:tcW w:type="dxa" w:w="1360"/>
            <w:shd w:fill="FFFDF9"/>
            <w:tcMar>
              <w:top w:w="70" w:type="dxa"/>
              <w:start w:w="80" w:type="dxa"/>
              <w:bottom w:w="70" w:type="dxa"/>
              <w:end w:w="80" w:type="dxa"/>
            </w:tcMar>
            <w:vAlign w:val="center"/>
            <w:tcBorders>
              <w:bottom w:val="single" w:sz="4" w:color="D9D3C7"/>
            </w:tcBorders>
          </w:tcPr>
          <w:p>
            <w:pPr>
              <w:jc w:val="center"/>
            </w:pPr>
            <w:r>
              <w:rPr>
                <w:rFonts w:ascii="Arial" w:hAnsi="Arial"/>
                <w:b w:val="0"/>
                <w:sz w:val="16"/>
              </w:rPr>
              <w:t>Moyenne</w:t>
            </w:r>
          </w:p>
        </w:tc>
      </w:tr>
      <w:tr>
        <w:tc>
          <w:tcPr>
            <w:tcW w:type="dxa" w:w="980"/>
            <w:shd w:fill="F1ECE2"/>
            <w:tcMar>
              <w:top w:w="70" w:type="dxa"/>
              <w:start w:w="80" w:type="dxa"/>
              <w:bottom w:w="70" w:type="dxa"/>
              <w:end w:w="80" w:type="dxa"/>
            </w:tcMar>
            <w:vAlign w:val="center"/>
            <w:tcBorders>
              <w:bottom w:val="single" w:sz="4" w:color="D9D3C7"/>
            </w:tcBorders>
          </w:tcPr>
          <w:p>
            <w:pPr>
              <w:jc w:val="center"/>
            </w:pPr>
            <w:r>
              <w:rPr>
                <w:rFonts w:ascii="Arial" w:hAnsi="Arial"/>
                <w:b w:val="0"/>
                <w:sz w:val="16"/>
              </w:rPr>
              <w:t>10e</w:t>
            </w:r>
          </w:p>
        </w:tc>
        <w:tc>
          <w:tcPr>
            <w:tcW w:type="dxa" w:w="2650"/>
            <w:shd w:fill="F1ECE2"/>
            <w:tcMar>
              <w:top w:w="70" w:type="dxa"/>
              <w:start w:w="80" w:type="dxa"/>
              <w:bottom w:w="70" w:type="dxa"/>
              <w:end w:w="80" w:type="dxa"/>
            </w:tcMar>
            <w:vAlign w:val="center"/>
            <w:tcBorders>
              <w:bottom w:val="single" w:sz="4" w:color="D9D3C7"/>
            </w:tcBorders>
          </w:tcPr>
          <w:p>
            <w:pPr>
              <w:jc w:val="left"/>
            </w:pPr>
            <w:r>
              <w:rPr>
                <w:rFonts w:ascii="Arial" w:hAnsi="Arial"/>
                <w:b/>
                <w:sz w:val="16"/>
              </w:rPr>
              <w:t>Éric Zemmour</w:t>
            </w:r>
          </w:p>
        </w:tc>
        <w:tc>
          <w:tcPr>
            <w:tcW w:type="dxa" w:w="3000"/>
            <w:shd w:fill="F1ECE2"/>
            <w:tcMar>
              <w:top w:w="70" w:type="dxa"/>
              <w:start w:w="80" w:type="dxa"/>
              <w:bottom w:w="70" w:type="dxa"/>
              <w:end w:w="80" w:type="dxa"/>
            </w:tcMar>
            <w:vAlign w:val="center"/>
            <w:tcBorders>
              <w:bottom w:val="single" w:sz="4" w:color="D9D3C7"/>
            </w:tcBorders>
          </w:tcPr>
          <w:p>
            <w:pPr>
              <w:jc w:val="left"/>
            </w:pPr>
            <w:r>
              <w:rPr>
                <w:rFonts w:ascii="Arial" w:hAnsi="Arial"/>
                <w:b w:val="0"/>
                <w:sz w:val="16"/>
              </w:rPr>
              <w:t>Reconquête</w:t>
            </w:r>
          </w:p>
        </w:tc>
        <w:tc>
          <w:tcPr>
            <w:tcW w:type="dxa" w:w="1250"/>
            <w:shd w:fill="F1ECE2"/>
            <w:tcMar>
              <w:top w:w="70" w:type="dxa"/>
              <w:start w:w="80" w:type="dxa"/>
              <w:bottom w:w="70" w:type="dxa"/>
              <w:end w:w="80" w:type="dxa"/>
            </w:tcMar>
            <w:vAlign w:val="center"/>
            <w:tcBorders>
              <w:bottom w:val="single" w:sz="4" w:color="D9D3C7"/>
            </w:tcBorders>
          </w:tcPr>
          <w:p>
            <w:pPr>
              <w:jc w:val="center"/>
            </w:pPr>
            <w:r>
              <w:rPr>
                <w:rFonts w:ascii="Arial" w:hAnsi="Arial"/>
                <w:b/>
                <w:color w:val="F16912"/>
                <w:sz w:val="16"/>
              </w:rPr>
              <w:t>35/100</w:t>
            </w:r>
          </w:p>
        </w:tc>
        <w:tc>
          <w:tcPr>
            <w:tcW w:type="dxa" w:w="1360"/>
            <w:shd w:fill="F1ECE2"/>
            <w:tcMar>
              <w:top w:w="70" w:type="dxa"/>
              <w:start w:w="80" w:type="dxa"/>
              <w:bottom w:w="70" w:type="dxa"/>
              <w:end w:w="80" w:type="dxa"/>
            </w:tcMar>
            <w:vAlign w:val="center"/>
            <w:tcBorders>
              <w:bottom w:val="single" w:sz="4" w:color="D9D3C7"/>
            </w:tcBorders>
          </w:tcPr>
          <w:p>
            <w:pPr>
              <w:jc w:val="center"/>
            </w:pPr>
            <w:r>
              <w:rPr>
                <w:rFonts w:ascii="Arial" w:hAnsi="Arial"/>
                <w:b w:val="0"/>
                <w:sz w:val="16"/>
              </w:rPr>
              <w:t>Moyenne</w:t>
            </w:r>
          </w:p>
        </w:tc>
      </w:tr>
    </w:tbl>
    <w:p>
      <w:pPr>
        <w:spacing w:before="100" w:after="100"/>
      </w:pPr>
      <w:r>
        <w:rPr>
          <w:rFonts w:ascii="Arial" w:hAnsi="Arial"/>
          <w:color w:val="171918"/>
          <w:sz w:val="16"/>
        </w:rPr>
        <w:t>Glucksmann arrive en tête, suivi de Roussel. Ruffin et Tondelier sont ex æquo ; les écarts reflètent surtout la dette, le nucléaire, les institutions et la défense européenne.</w:t>
      </w:r>
    </w:p>
    <w:tbl>
      <w:tblPr>
        <w:tblW w:type="dxa" w:w="9240"/>
        <w:tblLayout w:type="fixed"/>
        <w:tblLook w:firstColumn="1" w:firstRow="1" w:lastColumn="0" w:lastRow="0" w:noHBand="0" w:noVBand="1" w:val="04A0"/>
        <w:tblInd w:w="120" w:type="dxa"/>
      </w:tblPr>
      <w:tblGrid>
        <w:gridCol w:w="9240"/>
      </w:tblGrid>
      <w:tr>
        <w:tc>
          <w:tcPr>
            <w:tcW w:type="dxa" w:w="9240"/>
            <w:shd w:fill="FFF7DF"/>
            <w:tcMar>
              <w:top w:w="115" w:type="dxa"/>
              <w:start w:w="140" w:type="dxa"/>
              <w:bottom w:w="115" w:type="dxa"/>
              <w:end w:w="140" w:type="dxa"/>
            </w:tcMar>
            <w:tcBorders>
              <w:top w:val="single" w:sz="8" w:color="3552EB"/>
              <w:start w:val="single" w:sz="8" w:color="3552EB"/>
              <w:bottom w:val="single" w:sz="8" w:color="3552EB"/>
              <w:end w:val="single" w:sz="8" w:color="3552EB"/>
            </w:tcBorders>
          </w:tcPr>
          <w:p>
            <w:pPr>
              <w:spacing w:after="40"/>
            </w:pPr>
            <w:r>
              <w:rPr>
                <w:rFonts w:ascii="Arial" w:hAnsi="Arial"/>
                <w:b/>
                <w:color w:val="3552EB"/>
                <w:sz w:val="18"/>
              </w:rPr>
              <w:t>Lecture prudente</w:t>
            </w:r>
          </w:p>
          <w:p>
            <w:pPr>
              <w:spacing w:after="0"/>
            </w:pPr>
            <w:r>
              <w:rPr>
                <w:rFonts w:ascii="Arial" w:hAnsi="Arial"/>
                <w:color w:val="171918"/>
                <w:sz w:val="16"/>
              </w:rPr>
              <w:t>Le classement ordonne des appréciations argumentées, pas des mesures exactes. Les écarts de 1 ou 2 points sont trop faibles pour être considérés comme décisifs.</w:t>
            </w:r>
          </w:p>
        </w:tc>
      </w:tr>
    </w:tbl>
    <w:p>
      <w:pPr>
        <w:spacing w:after="0" w:before="0"/>
      </w:pPr>
    </w:p>
    <w:p>
      <w:r>
        <w:br w:type="page"/>
      </w:r>
    </w:p>
    <w:p>
      <w:pPr>
        <w:spacing w:before="0" w:after="40"/>
      </w:pPr>
      <w:r>
        <w:rPr>
          <w:rFonts w:ascii="Arial" w:hAnsi="Arial"/>
          <w:b/>
          <w:color w:val="3552EB"/>
          <w:sz w:val="15"/>
        </w:rPr>
        <w:t>COMPARATIF · 1ER / 2E</w:t>
      </w:r>
    </w:p>
    <w:p>
      <w:pPr>
        <w:pStyle w:val="Title"/>
        <w:spacing w:after="100"/>
        <w:pBdr>
          <w:bottom w:val="single" w:sz="8" w:space="3" w:color="3552EB"/>
        </w:pBdr>
      </w:pPr>
      <w:r>
        <w:rPr>
          <w:rFonts w:ascii="Arial" w:hAnsi="Arial"/>
          <w:b/>
          <w:color w:val="171918"/>
          <w:sz w:val="52"/>
        </w:rPr>
        <w:t>Raphaël Glucksmann / Fabien Roussel</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3" name="Picture 3"/>
            <wp:cNvGraphicFramePr>
              <a:graphicFrameLocks noChangeAspect="1"/>
            </wp:cNvGraphicFramePr>
            <a:graphic>
              <a:graphicData uri="http://schemas.openxmlformats.org/drawingml/2006/picture">
                <pic:pic>
                  <pic:nvPicPr>
                    <pic:cNvPr id="0" name="pair-01.png"/>
                    <pic:cNvPicPr/>
                  </pic:nvPicPr>
                  <pic:blipFill>
                    <a:blip r:embed="rId13"/>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3552EB"/>
              <w:start w:val="single" w:sz="8" w:color="3552EB"/>
              <w:bottom w:val="single" w:sz="8" w:color="3552EB"/>
              <w:end w:val="single" w:sz="8" w:color="3552EB"/>
            </w:tcBorders>
            <w:vAlign w:val="center"/>
          </w:tcPr>
          <w:p>
            <w:pPr>
              <w:spacing w:after="40"/>
            </w:pPr>
            <w:r>
              <w:rPr>
                <w:rFonts w:ascii="Arial" w:hAnsi="Arial"/>
                <w:sz w:val="16"/>
              </w:rPr>
              <w:t>Qualité des sources</w:t>
              <w:br/>
              <w:t>Raphaël Glucksmann : Acte I de Place publique et programme européen, documentation dense. Fabien Roussel : programmes PCF et propositions nationales récentes.</w:t>
            </w:r>
          </w:p>
        </w:tc>
      </w:tr>
    </w:tbl>
    <w:p>
      <w:pPr>
        <w:spacing w:after="0" w:before="0"/>
      </w:pPr>
    </w:p>
    <w:p>
      <w:pPr>
        <w:sectPr>
          <w:headerReference w:type="default" r:id="rId9"/>
          <w:footerReference w:type="default" r:id="rId10"/>
          <w:pgSz w:w="12240" w:h="15840"/>
          <w:pgMar w:top="720" w:right="1440" w:bottom="720" w:left="1440" w:header="317" w:footer="317" w:gutter="0"/>
          <w:cols w:space="720"/>
          <w:docGrid w:linePitch="360"/>
        </w:sectPr>
      </w:pPr>
    </w:p>
    <w:p>
      <w:pPr>
        <w:spacing w:before="0" w:after="40"/>
      </w:pPr>
      <w:r>
        <w:rPr>
          <w:rFonts w:ascii="Arial" w:hAnsi="Arial"/>
          <w:b/>
          <w:color w:val="3552EB"/>
          <w:sz w:val="15"/>
        </w:rPr>
        <w:t>JUSTIFICATION DES NOTES</w:t>
      </w:r>
    </w:p>
    <w:p>
      <w:pPr>
        <w:pStyle w:val="Title"/>
        <w:spacing w:after="100"/>
        <w:pBdr>
          <w:bottom w:val="single" w:sz="8" w:space="3" w:color="3552EB"/>
        </w:pBdr>
      </w:pPr>
      <w:r>
        <w:rPr>
          <w:rFonts w:ascii="Arial" w:hAnsi="Arial"/>
          <w:b/>
          <w:color w:val="171918"/>
          <w:sz w:val="52"/>
        </w:rPr>
        <w:t>Raphaël Glucksmann / Fabien Roussel</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6"/>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6"/>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6"/>
              </w:rPr>
              <w:t>Raphaël Glucksmann</w:t>
            </w:r>
          </w:p>
        </w:tc>
        <w:tc>
          <w:tcPr>
            <w:tcW w:type="dxa" w:w="540"/>
            <w:shd w:fill="171918"/>
            <w:tcMar>
              <w:top w:w="50" w:type="dxa"/>
              <w:start w:w="60" w:type="dxa"/>
              <w:bottom w:w="50" w:type="dxa"/>
              <w:end w:w="60" w:type="dxa"/>
            </w:tcMar>
            <w:vAlign w:val="center"/>
          </w:tcPr>
          <w:p>
            <w:pPr>
              <w:jc w:val="center"/>
            </w:pPr>
            <w:r>
              <w:rPr>
                <w:rFonts w:ascii="Arial" w:hAnsi="Arial"/>
                <w:b/>
                <w:color w:val="FFFFFF"/>
                <w:sz w:val="16"/>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6"/>
              </w:rPr>
              <w:t>Fabien Roussel</w:t>
            </w:r>
          </w:p>
        </w:tc>
        <w:tc>
          <w:tcPr>
            <w:tcW w:type="dxa" w:w="540"/>
            <w:shd w:fill="171918"/>
            <w:tcMar>
              <w:top w:w="50" w:type="dxa"/>
              <w:start w:w="60" w:type="dxa"/>
              <w:bottom w:w="50" w:type="dxa"/>
              <w:end w:w="60" w:type="dxa"/>
            </w:tcMar>
            <w:vAlign w:val="center"/>
          </w:tcPr>
          <w:p>
            <w:pPr>
              <w:jc w:val="center"/>
            </w:pPr>
            <w:r>
              <w:rPr>
                <w:rFonts w:ascii="Arial" w:hAnsi="Arial"/>
                <w:b/>
                <w:color w:val="FFFFFF"/>
                <w:sz w:val="16"/>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République et institutions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État de droit, pluralisme, participation et universalisme très proches ; il ne reprend toutefois pas la restauration gaullienne de la Ve.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République sociale, pluralisme et souveraineté populaire convergent ; institutions communistes et faible attachement à la Ve réduisent l’accord.</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6</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État et services publics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Services publics, éducation et justice soutenus, mais doctrine d’État et haute fonction publique moins structurée.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Renforcement de l’État, des services publics, de l’école, de l’hôpital et des territoires : compatibilité complète.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Travail et protection sociale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Économie sociale, salaires, dialogue social et travailleurs convergent ; retraite par durée de cotisation moins explicitement reprise.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Salaires, syndicats, retraites, formation, participation et protection sociale correspondent presque exactement au référentiel.</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10</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Budget, dette et fiscalité</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Sérieux budgétaire européen et fiscalité progressive compatibles, sans règle organique aussi contraignante.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6</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Justice fiscale présente, mais dépenses nouvelles et faible priorité à la règle de dette créent une divergence importante.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4</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Industrie et souverainetés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Politique industrielle européenne, souveraineté technologique et fonds communs très proches.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9</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Industrie, nucléaire, planification, souverainetés et emplois productifs sont pleinement compatibles.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10</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Écogaullisme et énergie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Planification, décarbonation, nucléaire et justice climatique convergent ; restitution intégrale d’un prix carbone moins centrale.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Nucléaire, électrification, planification publique et justice sociale convergent fortement ; prix carbone redistribué moins central.</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9</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Agriculture et alimentation</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PAC, souveraineté, agroécologie et normes européennes sont très compatibles.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Souveraineté et revenu agricoles très proches ; transformation agroécologique et qualité sanitaire un peu moins structurées.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Immigration et cohésion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Intégration et lutte contre les discriminations convergent ; pilotage migratoire et réciprocité des retours moins développés.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Intégration et égalité convergent, avec une ligne plus ferme que d’autres à gauche ; retours et réciprocité restent moins détaillés.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Europe, défense et diplomatie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Europe-puissance, défense commune et Ukraine très proches ; ligne plus atlantiste et moins diplomatiquement non alignée.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Autonomie et multilatéralisme communs, mais refus d’une défense intégrée et soutien militaire plus prudent à l’Ukraine limitent la note.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4</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Numérique, IA et culture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Régulation des plateformes, IA européenne, culture et droits d’auteur sont fortement compatibles.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Souveraineté publique, culture et droits des travailleurs convergent ; sûreté de l’IA et droits cognitifs moins détaillés.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r>
    </w:tbl>
    <w:p>
      <w:pPr>
        <w:sectPr>
          <w:headerReference w:type="default" r:id="rId14"/>
          <w:footerReference w:type="default" r:id="rId15"/>
          <w:pgSz w:w="15840" w:h="12240" w:orient="landscape"/>
          <w:pgMar w:top="605" w:right="720" w:bottom="648" w:left="720" w:header="317" w:footer="317" w:gutter="0"/>
          <w:cols w:space="720"/>
          <w:docGrid w:linePitch="360"/>
        </w:sectPr>
      </w:pPr>
    </w:p>
    <w:p>
      <w:pPr>
        <w:spacing w:before="0" w:after="40"/>
      </w:pPr>
      <w:r>
        <w:rPr>
          <w:rFonts w:ascii="Arial" w:hAnsi="Arial"/>
          <w:b/>
          <w:color w:val="3552EB"/>
          <w:sz w:val="15"/>
        </w:rPr>
        <w:t>COMPARATIF · 3E EX ÆQUO / 3E EX ÆQUO</w:t>
      </w:r>
    </w:p>
    <w:p>
      <w:pPr>
        <w:pStyle w:val="Title"/>
        <w:spacing w:after="100"/>
        <w:pBdr>
          <w:bottom w:val="single" w:sz="8" w:space="3" w:color="3552EB"/>
        </w:pBdr>
      </w:pPr>
      <w:r>
        <w:rPr>
          <w:rFonts w:ascii="Arial" w:hAnsi="Arial"/>
          <w:b/>
          <w:color w:val="171918"/>
          <w:sz w:val="52"/>
        </w:rPr>
        <w:t>François Ruffin / Marine Tondelier</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4" name="Picture 4"/>
            <wp:cNvGraphicFramePr>
              <a:graphicFrameLocks noChangeAspect="1"/>
            </wp:cNvGraphicFramePr>
            <a:graphic>
              <a:graphicData uri="http://schemas.openxmlformats.org/drawingml/2006/picture">
                <pic:pic>
                  <pic:nvPicPr>
                    <pic:cNvPr id="0" name="pair-02.png"/>
                    <pic:cNvPicPr/>
                  </pic:nvPicPr>
                  <pic:blipFill>
                    <a:blip r:embed="rId18"/>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3552EB"/>
              <w:start w:val="single" w:sz="8" w:color="3552EB"/>
              <w:bottom w:val="single" w:sz="8" w:color="3552EB"/>
              <w:end w:val="single" w:sz="8" w:color="3552EB"/>
            </w:tcBorders>
            <w:vAlign w:val="center"/>
          </w:tcPr>
          <w:p>
            <w:pPr>
              <w:spacing w:after="40"/>
            </w:pPr>
            <w:r>
              <w:rPr>
                <w:rFonts w:ascii="Arial" w:hAnsi="Arial"/>
                <w:sz w:val="16"/>
              </w:rPr>
              <w:t>Qualité des sources</w:t>
              <w:br/>
              <w:t>François Ruffin : propositions nombreuses, sans programme complet. Marine Tondelier : programme écologiste détaillé publié en juillet 2026.</w:t>
            </w:r>
          </w:p>
        </w:tc>
      </w:tr>
    </w:tbl>
    <w:p>
      <w:pPr>
        <w:spacing w:after="0" w:before="0"/>
      </w:pPr>
    </w:p>
    <w:p>
      <w:pPr>
        <w:sectPr>
          <w:headerReference w:type="default" r:id="rId16"/>
          <w:footerReference w:type="default" r:id="rId17"/>
          <w:pgSz w:w="12240" w:h="15840"/>
          <w:pgMar w:top="720" w:right="1440" w:bottom="720" w:left="1440" w:header="317" w:footer="317" w:gutter="0"/>
          <w:cols w:space="720"/>
          <w:docGrid w:linePitch="360"/>
        </w:sectPr>
      </w:pPr>
    </w:p>
    <w:p>
      <w:pPr>
        <w:spacing w:before="0" w:after="40"/>
      </w:pPr>
      <w:r>
        <w:rPr>
          <w:rFonts w:ascii="Arial" w:hAnsi="Arial"/>
          <w:b/>
          <w:color w:val="3552EB"/>
          <w:sz w:val="15"/>
        </w:rPr>
        <w:t>JUSTIFICATION DES NOTES</w:t>
      </w:r>
    </w:p>
    <w:p>
      <w:pPr>
        <w:pStyle w:val="Title"/>
        <w:spacing w:after="100"/>
        <w:pBdr>
          <w:bottom w:val="single" w:sz="8" w:space="3" w:color="3552EB"/>
        </w:pBdr>
      </w:pPr>
      <w:r>
        <w:rPr>
          <w:rFonts w:ascii="Arial" w:hAnsi="Arial"/>
          <w:b/>
          <w:color w:val="171918"/>
          <w:sz w:val="52"/>
        </w:rPr>
        <w:t>François Ruffin / Marine Tondelier</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6"/>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6"/>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6"/>
              </w:rPr>
              <w:t>François Ruffin</w:t>
            </w:r>
          </w:p>
        </w:tc>
        <w:tc>
          <w:tcPr>
            <w:tcW w:type="dxa" w:w="540"/>
            <w:shd w:fill="171918"/>
            <w:tcMar>
              <w:top w:w="50" w:type="dxa"/>
              <w:start w:w="60" w:type="dxa"/>
              <w:bottom w:w="50" w:type="dxa"/>
              <w:end w:w="60" w:type="dxa"/>
            </w:tcMar>
            <w:vAlign w:val="center"/>
          </w:tcPr>
          <w:p>
            <w:pPr>
              <w:jc w:val="center"/>
            </w:pPr>
            <w:r>
              <w:rPr>
                <w:rFonts w:ascii="Arial" w:hAnsi="Arial"/>
                <w:b/>
                <w:color w:val="FFFFFF"/>
                <w:sz w:val="16"/>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6"/>
              </w:rPr>
              <w:t>Marine Tondelier</w:t>
            </w:r>
          </w:p>
        </w:tc>
        <w:tc>
          <w:tcPr>
            <w:tcW w:type="dxa" w:w="540"/>
            <w:shd w:fill="171918"/>
            <w:tcMar>
              <w:top w:w="50" w:type="dxa"/>
              <w:start w:w="60" w:type="dxa"/>
              <w:bottom w:w="50" w:type="dxa"/>
              <w:end w:w="60" w:type="dxa"/>
            </w:tcMar>
            <w:vAlign w:val="center"/>
          </w:tcPr>
          <w:p>
            <w:pPr>
              <w:jc w:val="center"/>
            </w:pPr>
            <w:r>
              <w:rPr>
                <w:rFonts w:ascii="Arial" w:hAnsi="Arial"/>
                <w:b/>
                <w:color w:val="FFFFFF"/>
                <w:sz w:val="16"/>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République et institutions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Démocratie citoyenne, médias pluralistes et universalisme convergent ; doctrine institutionnelle moins attachée à la Ve gaullienne.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État de droit, conventions citoyennes, médias et universalisme convergent ; préférence pour une réforme institutionnelle plus parlementaire.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État et services publics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Hôpital, école, services de proximité, protection sociale et accès humain sont pleinement compatibles.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10</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Services publics, territoires, santé, école et moyens humains correspondent très fortement au référentiel.</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Travail et protection sociale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Salaires, syndicats, dignité du travail, formation et partage du pouvoir économique sont au centre de sa ligne.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10</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Protection sociale, salaires et dialogue social sont proches ; participation au capital et retraite par durée moins spécifiques.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9</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Budget, dette et fiscalité</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Justice fiscale présente, mais faible priorité à une règle de dette et à l’équilibre pluriannuel des finances publiques.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4</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Fiscalité équitable présente, mais discipline de dette et trajectoire organique sont moins prioritaires.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4</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Industrie et souverainetés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Relocalisation, production, commande publique et emplois industriels convergent fortement, avec une dimension européenne plus limitée.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9</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Réindustrialisation verte et souveraineté européenne convergent ; vision moins productiviste et place du fonds souverain plus faibles.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Écogaullisme et énergie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Planification, adaptation et justice climatique fortes ; nucléaire et prix carbone redistribué restent moins clairement alignés.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Planification, adaptation et justice climatique très fortes, mais opposition au nucléaire contraire à un pilier explicite de l’écogaullisme.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Agriculture et alimentation</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Agriculture familiale, souveraineté, revenus, agroécologie et qualité alimentaire sont très proches.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9</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Agroécologie, sols, biodiversité, alimentation saine et PAC sont très compatibles.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9</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Immigration et cohésion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Accueil, intégration et égalité convergent ; pilotage migratoire, retours et réciprocité sont moins structurés.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Accueil, intégration et lutte contre les discriminations convergent ; maîtrise, retours et répartition imposée sont moins affirmés.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Europe, défense et diplomatie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Autonomie européenne souhaitée, mais défense commune, Ukraine et architecture institutionnelle restent plus prudentes.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4</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Très européenne, favorable à l’Ukraine et au droit international ; quelques écarts sur l’effort militaire et la dissuasion nucléaire.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Numérique, IA et culture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Protection de l’attention, culture et régulation convergent ; stratégie industrielle et sûreté de l’IA encore peu détaillées.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Régulation des plateformes et de l’IA, protection des mineurs et culture convergent ; politique industrielle moins détaillée.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6</w:t>
            </w:r>
          </w:p>
        </w:tc>
      </w:tr>
    </w:tbl>
    <w:p>
      <w:pPr>
        <w:sectPr>
          <w:headerReference w:type="default" r:id="rId19"/>
          <w:footerReference w:type="default" r:id="rId20"/>
          <w:pgSz w:w="15840" w:h="12240" w:orient="landscape"/>
          <w:pgMar w:top="605" w:right="720" w:bottom="648" w:left="720" w:header="317" w:footer="317" w:gutter="0"/>
          <w:cols w:space="720"/>
          <w:docGrid w:linePitch="360"/>
        </w:sectPr>
      </w:pPr>
    </w:p>
    <w:p>
      <w:pPr>
        <w:spacing w:before="0" w:after="40"/>
      </w:pPr>
      <w:r>
        <w:rPr>
          <w:rFonts w:ascii="Arial" w:hAnsi="Arial"/>
          <w:b/>
          <w:color w:val="3552EB"/>
          <w:sz w:val="15"/>
        </w:rPr>
        <w:t>COMPARATIF · 5E / 6E</w:t>
      </w:r>
    </w:p>
    <w:p>
      <w:pPr>
        <w:pStyle w:val="Title"/>
        <w:spacing w:after="100"/>
        <w:pBdr>
          <w:bottom w:val="single" w:sz="8" w:space="3" w:color="3552EB"/>
        </w:pBdr>
      </w:pPr>
      <w:r>
        <w:rPr>
          <w:rFonts w:ascii="Arial" w:hAnsi="Arial"/>
          <w:b/>
          <w:color w:val="171918"/>
          <w:sz w:val="52"/>
        </w:rPr>
        <w:t>Édouard Philippe / Jean-Luc Mélenchon</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5" name="Picture 5"/>
            <wp:cNvGraphicFramePr>
              <a:graphicFrameLocks noChangeAspect="1"/>
            </wp:cNvGraphicFramePr>
            <a:graphic>
              <a:graphicData uri="http://schemas.openxmlformats.org/drawingml/2006/picture">
                <pic:pic>
                  <pic:nvPicPr>
                    <pic:cNvPr id="0" name="pair-03.png"/>
                    <pic:cNvPicPr/>
                  </pic:nvPicPr>
                  <pic:blipFill>
                    <a:blip r:embed="rId23"/>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3552EB"/>
              <w:start w:val="single" w:sz="8" w:color="3552EB"/>
              <w:bottom w:val="single" w:sz="8" w:color="3552EB"/>
              <w:end w:val="single" w:sz="8" w:color="3552EB"/>
            </w:tcBorders>
            <w:vAlign w:val="center"/>
          </w:tcPr>
          <w:p>
            <w:pPr>
              <w:spacing w:after="40"/>
            </w:pPr>
            <w:r>
              <w:rPr>
                <w:rFonts w:ascii="Arial" w:hAnsi="Arial"/>
                <w:sz w:val="16"/>
              </w:rPr>
              <w:t>Qualité des sources</w:t>
              <w:br/>
              <w:t>Édouard Philippe : orientations d’Horizons et discours ; programme présidentiel encore incomplet. Jean-Luc Mélenchon : programmes LFI 2022 et 2024 très détaillés.</w:t>
            </w:r>
          </w:p>
        </w:tc>
      </w:tr>
    </w:tbl>
    <w:p>
      <w:pPr>
        <w:spacing w:after="0" w:before="0"/>
      </w:pPr>
    </w:p>
    <w:p>
      <w:pPr>
        <w:sectPr>
          <w:headerReference w:type="default" r:id="rId21"/>
          <w:footerReference w:type="default" r:id="rId22"/>
          <w:pgSz w:w="12240" w:h="15840"/>
          <w:pgMar w:top="720" w:right="1440" w:bottom="720" w:left="1440" w:header="317" w:footer="317" w:gutter="0"/>
          <w:cols w:space="720"/>
          <w:docGrid w:linePitch="360"/>
        </w:sectPr>
      </w:pPr>
    </w:p>
    <w:p>
      <w:pPr>
        <w:spacing w:before="0" w:after="40"/>
      </w:pPr>
      <w:r>
        <w:rPr>
          <w:rFonts w:ascii="Arial" w:hAnsi="Arial"/>
          <w:b/>
          <w:color w:val="3552EB"/>
          <w:sz w:val="15"/>
        </w:rPr>
        <w:t>JUSTIFICATION DES NOTES</w:t>
      </w:r>
    </w:p>
    <w:p>
      <w:pPr>
        <w:pStyle w:val="Title"/>
        <w:spacing w:after="100"/>
        <w:pBdr>
          <w:bottom w:val="single" w:sz="8" w:space="3" w:color="3552EB"/>
        </w:pBdr>
      </w:pPr>
      <w:r>
        <w:rPr>
          <w:rFonts w:ascii="Arial" w:hAnsi="Arial"/>
          <w:b/>
          <w:color w:val="171918"/>
          <w:sz w:val="52"/>
        </w:rPr>
        <w:t>Édouard Philippe / Jean-Luc Mélenchon</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6"/>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6"/>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6"/>
              </w:rPr>
              <w:t>Édouard Philippe</w:t>
            </w:r>
          </w:p>
        </w:tc>
        <w:tc>
          <w:tcPr>
            <w:tcW w:type="dxa" w:w="540"/>
            <w:shd w:fill="171918"/>
            <w:tcMar>
              <w:top w:w="50" w:type="dxa"/>
              <w:start w:w="60" w:type="dxa"/>
              <w:bottom w:w="50" w:type="dxa"/>
              <w:end w:w="60" w:type="dxa"/>
            </w:tcMar>
            <w:vAlign w:val="center"/>
          </w:tcPr>
          <w:p>
            <w:pPr>
              <w:jc w:val="center"/>
            </w:pPr>
            <w:r>
              <w:rPr>
                <w:rFonts w:ascii="Arial" w:hAnsi="Arial"/>
                <w:b/>
                <w:color w:val="FFFFFF"/>
                <w:sz w:val="16"/>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6"/>
              </w:rPr>
              <w:t>Jean-Luc Mélenchon</w:t>
            </w:r>
          </w:p>
        </w:tc>
        <w:tc>
          <w:tcPr>
            <w:tcW w:type="dxa" w:w="540"/>
            <w:shd w:fill="171918"/>
            <w:tcMar>
              <w:top w:w="50" w:type="dxa"/>
              <w:start w:w="60" w:type="dxa"/>
              <w:bottom w:w="50" w:type="dxa"/>
              <w:end w:w="60" w:type="dxa"/>
            </w:tcMar>
            <w:vAlign w:val="center"/>
          </w:tcPr>
          <w:p>
            <w:pPr>
              <w:jc w:val="center"/>
            </w:pPr>
            <w:r>
              <w:rPr>
                <w:rFonts w:ascii="Arial" w:hAnsi="Arial"/>
                <w:b/>
                <w:color w:val="FFFFFF"/>
                <w:sz w:val="16"/>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République et institutions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Attachement à la Ve, à l’autorité et à l’État de droit, mais peu de RIC, de convention permanente ou de réforme des médias.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6</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RIC, convention citoyenne, pluralisme médiatique et État de droit convergent ; la VIe République contredit la restauration de la Ve.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6</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État et services publics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État efficace et territoires sont valorisés, mais réduction de la dépense, hôpital et protection sociale limitent la compatibilité.</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Renforcement massif des services publics, de l’État social et des moyens humains : convergence presque complète.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Travail et protection sociale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Travail, formation et responsabilité convergent ; ligne plus libérale sur syndicats, retraites et participation des salariés.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4</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Salaires, syndicats, retraite, formation et pouvoir des salariés correspondent directement à l’économie sociale défendue.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10</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Budget, dette et fiscalité</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Convergence presque complète sur la trajectoire pluriannuelle, la dette, l’efficacité de la dépense et les engagements européens.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9</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Rupture avec les règles européennes, forte dépense et faible priorité à l’équilibre de la dette s’opposent à la discipline LFH.</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3</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Industrie et souverainetés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Industrie, nucléaire, innovation, préférence européenne et souverainetés stratégiques sont au cœur de sa ligne.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9</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Planification, relocalisation et souverainetés convergent, mais logique européenne et mobilisation de l’épargne sont moins proches.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Écogaullisme et énergie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Nucléaire, électrification, planification et adaptation convergent ; redistribution du prix carbone et justice sociale moins centrales.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Planification, adaptation et justice climatique fortes ; sortie du nucléaire contraire à l’écogaullisme énergétique.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Agriculture et alimentation</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Souveraineté agricole et compétitivité compatibles, avec une transformation environnementale et sanitaire plus prudente.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6</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Souveraineté, PAC, agroécologie, sols et qualité alimentaire sont très compatibles.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9</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Immigration et cohésion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Pilotage des flux, langue, travail et retours convergent ; non-discrimination et répartition territoriale sont moins structurées.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6</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Accueil, intégration et non-discrimination convergent ; maîtrise de long terme, retours et réciprocité sont moins affirmés.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Europe, défense et diplomatie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Europe souveraine, défense commune et Ukraine très proches ; ligne plus atlantiste et moins attachée à une diplomatie d’équilibre.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2B945B"/>
                <w:sz w:val="16"/>
              </w:rPr>
              <w:t>9</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Multilatéralisme commun, mais opposition à la défense européenne intégrée et soutien militaire plus limité à l’Ukraine créent une divergence majeure.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D2D25"/>
                <w:sz w:val="16"/>
              </w:rPr>
              <w:t>2</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Numérique, IA et culture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Souveraineté technologique et IA européenne convergent ; droits cognitifs, auteurs et exception culturelle sont moins développés.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Régulation, droits numériques et culture convergent ; stratégie industrielle européenne de l’IA et contrôle des modèles sont moins précis.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5</w:t>
            </w:r>
          </w:p>
        </w:tc>
      </w:tr>
    </w:tbl>
    <w:p>
      <w:pPr>
        <w:sectPr>
          <w:headerReference w:type="default" r:id="rId24"/>
          <w:footerReference w:type="default" r:id="rId25"/>
          <w:pgSz w:w="15840" w:h="12240" w:orient="landscape"/>
          <w:pgMar w:top="605" w:right="720" w:bottom="648" w:left="720" w:header="317" w:footer="317" w:gutter="0"/>
          <w:cols w:space="720"/>
          <w:docGrid w:linePitch="360"/>
        </w:sectPr>
      </w:pPr>
    </w:p>
    <w:p>
      <w:pPr>
        <w:spacing w:before="0" w:after="40"/>
      </w:pPr>
      <w:r>
        <w:rPr>
          <w:rFonts w:ascii="Arial" w:hAnsi="Arial"/>
          <w:b/>
          <w:color w:val="3552EB"/>
          <w:sz w:val="15"/>
        </w:rPr>
        <w:t>COMPARATIF · 7E / 8E</w:t>
      </w:r>
    </w:p>
    <w:p>
      <w:pPr>
        <w:pStyle w:val="Title"/>
        <w:spacing w:after="100"/>
        <w:pBdr>
          <w:bottom w:val="single" w:sz="8" w:space="3" w:color="3552EB"/>
        </w:pBdr>
      </w:pPr>
      <w:r>
        <w:rPr>
          <w:rFonts w:ascii="Arial" w:hAnsi="Arial"/>
          <w:b/>
          <w:color w:val="171918"/>
          <w:sz w:val="52"/>
        </w:rPr>
        <w:t>Gabriel Attal / Marine Le Pen</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6" name="Picture 6"/>
            <wp:cNvGraphicFramePr>
              <a:graphicFrameLocks noChangeAspect="1"/>
            </wp:cNvGraphicFramePr>
            <a:graphic>
              <a:graphicData uri="http://schemas.openxmlformats.org/drawingml/2006/picture">
                <pic:pic>
                  <pic:nvPicPr>
                    <pic:cNvPr id="0" name="pair-04.png"/>
                    <pic:cNvPicPr/>
                  </pic:nvPicPr>
                  <pic:blipFill>
                    <a:blip r:embed="rId28"/>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3552EB"/>
              <w:start w:val="single" w:sz="8" w:color="3552EB"/>
              <w:bottom w:val="single" w:sz="8" w:color="3552EB"/>
              <w:end w:val="single" w:sz="8" w:color="3552EB"/>
            </w:tcBorders>
            <w:vAlign w:val="center"/>
          </w:tcPr>
          <w:p>
            <w:pPr>
              <w:spacing w:after="40"/>
            </w:pPr>
            <w:r>
              <w:rPr>
                <w:rFonts w:ascii="Arial" w:hAnsi="Arial"/>
                <w:sz w:val="16"/>
              </w:rPr>
              <w:t>Qualité des sources</w:t>
              <w:br/>
              <w:t>Gabriel Attal : propositions officielles et bilan gouvernemental ; projet 2027 encore incomplet. Marine Le Pen : programmes RN établis ; orientations 2027 susceptibles d’évoluer.</w:t>
            </w:r>
          </w:p>
        </w:tc>
      </w:tr>
    </w:tbl>
    <w:p>
      <w:pPr>
        <w:spacing w:after="0" w:before="0"/>
      </w:pPr>
    </w:p>
    <w:p>
      <w:pPr>
        <w:sectPr>
          <w:headerReference w:type="default" r:id="rId26"/>
          <w:footerReference w:type="default" r:id="rId27"/>
          <w:pgSz w:w="12240" w:h="15840"/>
          <w:pgMar w:top="720" w:right="1440" w:bottom="720" w:left="1440" w:header="317" w:footer="317" w:gutter="0"/>
          <w:cols w:space="720"/>
          <w:docGrid w:linePitch="360"/>
        </w:sectPr>
      </w:pPr>
    </w:p>
    <w:p>
      <w:pPr>
        <w:spacing w:before="0" w:after="40"/>
      </w:pPr>
      <w:r>
        <w:rPr>
          <w:rFonts w:ascii="Arial" w:hAnsi="Arial"/>
          <w:b/>
          <w:color w:val="3552EB"/>
          <w:sz w:val="15"/>
        </w:rPr>
        <w:t>JUSTIFICATION DES NOTES</w:t>
      </w:r>
    </w:p>
    <w:p>
      <w:pPr>
        <w:pStyle w:val="Title"/>
        <w:spacing w:after="100"/>
        <w:pBdr>
          <w:bottom w:val="single" w:sz="8" w:space="3" w:color="3552EB"/>
        </w:pBdr>
      </w:pPr>
      <w:r>
        <w:rPr>
          <w:rFonts w:ascii="Arial" w:hAnsi="Arial"/>
          <w:b/>
          <w:color w:val="171918"/>
          <w:sz w:val="52"/>
        </w:rPr>
        <w:t>Gabriel Attal / Marine Le Pen</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6"/>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6"/>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6"/>
              </w:rPr>
              <w:t>Gabriel Attal</w:t>
            </w:r>
          </w:p>
        </w:tc>
        <w:tc>
          <w:tcPr>
            <w:tcW w:type="dxa" w:w="540"/>
            <w:shd w:fill="171918"/>
            <w:tcMar>
              <w:top w:w="50" w:type="dxa"/>
              <w:start w:w="60" w:type="dxa"/>
              <w:bottom w:w="50" w:type="dxa"/>
              <w:end w:w="60" w:type="dxa"/>
            </w:tcMar>
            <w:vAlign w:val="center"/>
          </w:tcPr>
          <w:p>
            <w:pPr>
              <w:jc w:val="center"/>
            </w:pPr>
            <w:r>
              <w:rPr>
                <w:rFonts w:ascii="Arial" w:hAnsi="Arial"/>
                <w:b/>
                <w:color w:val="FFFFFF"/>
                <w:sz w:val="16"/>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6"/>
              </w:rPr>
              <w:t>Marine Le Pen</w:t>
            </w:r>
          </w:p>
        </w:tc>
        <w:tc>
          <w:tcPr>
            <w:tcW w:type="dxa" w:w="540"/>
            <w:shd w:fill="171918"/>
            <w:tcMar>
              <w:top w:w="50" w:type="dxa"/>
              <w:start w:w="60" w:type="dxa"/>
              <w:bottom w:w="50" w:type="dxa"/>
              <w:end w:w="60" w:type="dxa"/>
            </w:tcMar>
            <w:vAlign w:val="center"/>
          </w:tcPr>
          <w:p>
            <w:pPr>
              <w:jc w:val="center"/>
            </w:pPr>
            <w:r>
              <w:rPr>
                <w:rFonts w:ascii="Arial" w:hAnsi="Arial"/>
                <w:b/>
                <w:color w:val="FFFFFF"/>
                <w:sz w:val="16"/>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République et institutions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État de droit maintenu, mais bilan macroniste, hyperprésidentialisation et faible recours au RIC ou aux conventions éloignent la méthode gaulliste.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4</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Référendum et proportionnelle apportent des convergences, mais préférence nationale, contre-pouvoirs et État de droit créent une rupture majeure.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3</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État et services publics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École prioritaire et modernisation de l’État, mais hôpital, justice, accès humain et moyens de la fonction publique sont plus mitigés.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Hôpital, école, sécurité et territoires sont fortement défendus, malgré la préférence nationale et des financements incertains.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Travail et protection sociale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Emploi et formation soutenus, avec une ligne plus libérale sur retraites, syndicats, salaires et partage du pouvoir dans l’entreprise.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5</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Pouvoir d’achat, retraites et protection sociale convergent, mais dialogue social et participation des salariés sont moins structurés.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Budget, dette et fiscalité</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Volonté de maîtrise budgétaire réelle, mais bilan de dette, baisses fiscales et absence de règle organique limitent la convergence.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Plusieurs mesures coûteuses et baisses fiscales s’accordent mal avec une trajectoire crédible de dette et de déficit.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4</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Industrie et souverainetés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Réindustrialisation, nucléaire, technologies et souveraineté européenne convergent fortement, sans fonds citoyen comparable.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Relocalisation, nucléaire, commandes publiques et souverainetés stratégiques sont très proches, avec une dimension européenne plus faible.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Écogaullisme et énergie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Électrification, nucléaire et décarbonation compatibles ; sobriété, prix carbone redistribué et adaptation territoriale moins structurés.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Nucléaire et électrification convergent ; recul sur les politiques climatiques, prix carbone et adaptation réduit nettement la compatibilité.</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6</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Agriculture et alimentation</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Souveraineté et renouvellement agricole présents, mais PAC protectrice, sols, intrants et santé alimentaire moins ambitieux.</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5</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Souveraineté alimentaire, protection des producteurs et localisme sont très compatibles ; transformation écologique moins ambitieuse.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Immigration et cohésion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Intégration et maîtrise des flux partiellement compatibles ; doctrine plus sécuritaire et moins organisée autour de la réciprocité.</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6</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Maîtrise et retours sont centraux, mais préférence nationale, faible logique d’intégration et discriminations contredisent le référentiel.</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CD2D25"/>
                <w:sz w:val="16"/>
              </w:rPr>
              <w:t>2</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Europe, défense et diplomatie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Europe-puissance, défense et Ukraine convergent ; autonomie diplomatique face aux États-Unis et logique de paix moins marquées.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Défense nationale affirmée, mais souverainisme européen, historique prorusse et autonomie commune limitée éloignent fortement la ligne.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3</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Numérique, IA et culture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Régulation européenne de l’IA, mineurs, innovation et culture sont proches, malgré un risque de contrôle numérique excessif.</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Souveraineté numérique et protection des mineurs existent, mais régulation de l’IA, droits d’auteur et culture restent incomplets.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4</w:t>
            </w:r>
          </w:p>
        </w:tc>
      </w:tr>
    </w:tbl>
    <w:p>
      <w:pPr>
        <w:sectPr>
          <w:headerReference w:type="default" r:id="rId29"/>
          <w:footerReference w:type="default" r:id="rId30"/>
          <w:pgSz w:w="15840" w:h="12240" w:orient="landscape"/>
          <w:pgMar w:top="605" w:right="720" w:bottom="648" w:left="720" w:header="317" w:footer="317" w:gutter="0"/>
          <w:cols w:space="720"/>
          <w:docGrid w:linePitch="360"/>
        </w:sectPr>
      </w:pPr>
    </w:p>
    <w:p>
      <w:pPr>
        <w:spacing w:before="0" w:after="40"/>
      </w:pPr>
      <w:r>
        <w:rPr>
          <w:rFonts w:ascii="Arial" w:hAnsi="Arial"/>
          <w:b/>
          <w:color w:val="3552EB"/>
          <w:sz w:val="15"/>
        </w:rPr>
        <w:t>COMPARATIF · 9E / 10E</w:t>
      </w:r>
    </w:p>
    <w:p>
      <w:pPr>
        <w:pStyle w:val="Title"/>
        <w:spacing w:after="100"/>
        <w:pBdr>
          <w:bottom w:val="single" w:sz="8" w:space="3" w:color="3552EB"/>
        </w:pBdr>
      </w:pPr>
      <w:r>
        <w:rPr>
          <w:rFonts w:ascii="Arial" w:hAnsi="Arial"/>
          <w:b/>
          <w:color w:val="171918"/>
          <w:sz w:val="52"/>
        </w:rPr>
        <w:t>Bruno Retailleau / Éric Zemmour</w:t>
      </w:r>
    </w:p>
    <w:p>
      <w:pPr>
        <w:spacing w:after="140"/>
      </w:pPr>
      <w:r>
        <w:rPr>
          <w:rFonts w:ascii="Arial" w:hAnsi="Arial"/>
          <w:color w:val="6C6A66"/>
          <w:sz w:val="19"/>
        </w:rPr>
        <w:t>Vue synthétique ; la page suivante justifie chaque note globale sur 10.</w:t>
      </w:r>
    </w:p>
    <w:p>
      <w:pPr>
        <w:spacing w:after="80"/>
        <w:jc w:val="center"/>
      </w:pPr>
      <w:r>
        <w:drawing>
          <wp:inline xmlns:a="http://schemas.openxmlformats.org/drawingml/2006/main" xmlns:pic="http://schemas.openxmlformats.org/drawingml/2006/picture">
            <wp:extent cx="5715000" cy="4286250"/>
            <wp:docPr id="7" name="Picture 7"/>
            <wp:cNvGraphicFramePr>
              <a:graphicFrameLocks noChangeAspect="1"/>
            </wp:cNvGraphicFramePr>
            <a:graphic>
              <a:graphicData uri="http://schemas.openxmlformats.org/drawingml/2006/picture">
                <pic:pic>
                  <pic:nvPicPr>
                    <pic:cNvPr id="0" name="pair-05.png"/>
                    <pic:cNvPicPr/>
                  </pic:nvPicPr>
                  <pic:blipFill>
                    <a:blip r:embed="rId33"/>
                    <a:stretch>
                      <a:fillRect/>
                    </a:stretch>
                  </pic:blipFill>
                  <pic:spPr>
                    <a:xfrm>
                      <a:off x="0" y="0"/>
                      <a:ext cx="5715000" cy="4286250"/>
                    </a:xfrm>
                    <a:prstGeom prst="rect"/>
                  </pic:spPr>
                </pic:pic>
              </a:graphicData>
            </a:graphic>
          </wp:inline>
        </w:drawing>
      </w: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3552EB"/>
              <w:start w:val="single" w:sz="8" w:color="3552EB"/>
              <w:bottom w:val="single" w:sz="8" w:color="3552EB"/>
              <w:end w:val="single" w:sz="8" w:color="3552EB"/>
            </w:tcBorders>
            <w:vAlign w:val="center"/>
          </w:tcPr>
          <w:p>
            <w:pPr>
              <w:spacing w:after="40"/>
            </w:pPr>
            <w:r>
              <w:rPr>
                <w:rFonts w:ascii="Arial" w:hAnsi="Arial"/>
                <w:sz w:val="16"/>
              </w:rPr>
              <w:t>Qualité des sources</w:t>
              <w:br/>
              <w:t>Bruno Retailleau : propositions LR et prises de position officielles ; programme exhaustif non publié. Éric Zemmour : programme 2022 et positions ultérieures ; base 2027 partielle.</w:t>
            </w:r>
          </w:p>
        </w:tc>
      </w:tr>
    </w:tbl>
    <w:p>
      <w:pPr>
        <w:spacing w:after="0" w:before="0"/>
      </w:pPr>
    </w:p>
    <w:p>
      <w:pPr>
        <w:sectPr>
          <w:headerReference w:type="default" r:id="rId31"/>
          <w:footerReference w:type="default" r:id="rId32"/>
          <w:pgSz w:w="12240" w:h="15840"/>
          <w:pgMar w:top="720" w:right="1440" w:bottom="720" w:left="1440" w:header="317" w:footer="317" w:gutter="0"/>
          <w:cols w:space="720"/>
          <w:docGrid w:linePitch="360"/>
        </w:sectPr>
      </w:pPr>
    </w:p>
    <w:p>
      <w:pPr>
        <w:spacing w:before="0" w:after="40"/>
      </w:pPr>
      <w:r>
        <w:rPr>
          <w:rFonts w:ascii="Arial" w:hAnsi="Arial"/>
          <w:b/>
          <w:color w:val="3552EB"/>
          <w:sz w:val="15"/>
        </w:rPr>
        <w:t>JUSTIFICATION DES NOTES</w:t>
      </w:r>
    </w:p>
    <w:p>
      <w:pPr>
        <w:pStyle w:val="Title"/>
        <w:spacing w:after="100"/>
        <w:pBdr>
          <w:bottom w:val="single" w:sz="8" w:space="3" w:color="3552EB"/>
        </w:pBdr>
      </w:pPr>
      <w:r>
        <w:rPr>
          <w:rFonts w:ascii="Arial" w:hAnsi="Arial"/>
          <w:b/>
          <w:color w:val="171918"/>
          <w:sz w:val="52"/>
        </w:rPr>
        <w:t>Bruno Retailleau / Éric Zemmour</w:t>
      </w:r>
    </w:p>
    <w:p>
      <w:pPr>
        <w:spacing w:after="140"/>
      </w:pPr>
      <w:r>
        <w:rPr>
          <w:rFonts w:ascii="Arial" w:hAnsi="Arial"/>
          <w:color w:val="6C6A66"/>
          <w:sz w:val="19"/>
        </w:rPr>
        <w:t>Chaque axe reçoit directement une note globale entière sur 10.</w:t>
      </w:r>
    </w:p>
    <w:tbl>
      <w:tblPr>
        <w:tblW w:type="dxa" w:w="13000"/>
        <w:tblLayout w:type="fixed"/>
        <w:tblLook w:firstColumn="1" w:firstRow="1" w:lastColumn="0" w:lastRow="0" w:noHBand="0" w:noVBand="1" w:val="04A0"/>
        <w:tblInd w:w="120" w:type="dxa"/>
      </w:tblPr>
      <w:tblGrid>
        <w:gridCol w:w="480"/>
        <w:gridCol w:w="2200"/>
        <w:gridCol w:w="4620"/>
        <w:gridCol w:w="540"/>
        <w:gridCol w:w="4620"/>
        <w:gridCol w:w="540"/>
      </w:tblGrid>
      <w:tr>
        <w:trPr>
          <w:tblHeader w:val="true"/>
        </w:trPr>
        <w:tc>
          <w:tcPr>
            <w:tcW w:type="dxa" w:w="480"/>
            <w:shd w:fill="171918"/>
            <w:tcMar>
              <w:top w:w="50" w:type="dxa"/>
              <w:start w:w="60" w:type="dxa"/>
              <w:bottom w:w="50" w:type="dxa"/>
              <w:end w:w="60" w:type="dxa"/>
            </w:tcMar>
            <w:vAlign w:val="center"/>
          </w:tcPr>
          <w:p>
            <w:pPr>
              <w:jc w:val="center"/>
            </w:pPr>
            <w:r>
              <w:rPr>
                <w:rFonts w:ascii="Arial" w:hAnsi="Arial"/>
                <w:b/>
                <w:color w:val="FFFFFF"/>
                <w:sz w:val="16"/>
              </w:rPr>
              <w:t>#</w:t>
            </w:r>
          </w:p>
        </w:tc>
        <w:tc>
          <w:tcPr>
            <w:tcW w:type="dxa" w:w="2200"/>
            <w:shd w:fill="171918"/>
            <w:tcMar>
              <w:top w:w="50" w:type="dxa"/>
              <w:start w:w="60" w:type="dxa"/>
              <w:bottom w:w="50" w:type="dxa"/>
              <w:end w:w="60" w:type="dxa"/>
            </w:tcMar>
            <w:vAlign w:val="center"/>
          </w:tcPr>
          <w:p>
            <w:pPr>
              <w:jc w:val="center"/>
            </w:pPr>
            <w:r>
              <w:rPr>
                <w:rFonts w:ascii="Arial" w:hAnsi="Arial"/>
                <w:b/>
                <w:color w:val="FFFFFF"/>
                <w:sz w:val="16"/>
              </w:rPr>
              <w:t>Axe</w:t>
            </w:r>
          </w:p>
        </w:tc>
        <w:tc>
          <w:tcPr>
            <w:tcW w:type="dxa" w:w="4620"/>
            <w:shd w:fill="171918"/>
            <w:tcMar>
              <w:top w:w="50" w:type="dxa"/>
              <w:start w:w="60" w:type="dxa"/>
              <w:bottom w:w="50" w:type="dxa"/>
              <w:end w:w="60" w:type="dxa"/>
            </w:tcMar>
            <w:vAlign w:val="center"/>
          </w:tcPr>
          <w:p>
            <w:pPr>
              <w:jc w:val="center"/>
            </w:pPr>
            <w:r>
              <w:rPr>
                <w:rFonts w:ascii="Arial" w:hAnsi="Arial"/>
                <w:b/>
                <w:color w:val="FFFFFF"/>
                <w:sz w:val="16"/>
              </w:rPr>
              <w:t>Bruno Retailleau</w:t>
            </w:r>
          </w:p>
        </w:tc>
        <w:tc>
          <w:tcPr>
            <w:tcW w:type="dxa" w:w="540"/>
            <w:shd w:fill="171918"/>
            <w:tcMar>
              <w:top w:w="50" w:type="dxa"/>
              <w:start w:w="60" w:type="dxa"/>
              <w:bottom w:w="50" w:type="dxa"/>
              <w:end w:w="60" w:type="dxa"/>
            </w:tcMar>
            <w:vAlign w:val="center"/>
          </w:tcPr>
          <w:p>
            <w:pPr>
              <w:jc w:val="center"/>
            </w:pPr>
            <w:r>
              <w:rPr>
                <w:rFonts w:ascii="Arial" w:hAnsi="Arial"/>
                <w:b/>
                <w:color w:val="FFFFFF"/>
                <w:sz w:val="16"/>
              </w:rPr>
              <w:t>/10</w:t>
            </w:r>
          </w:p>
        </w:tc>
        <w:tc>
          <w:tcPr>
            <w:tcW w:type="dxa" w:w="4620"/>
            <w:shd w:fill="171918"/>
            <w:tcMar>
              <w:top w:w="50" w:type="dxa"/>
              <w:start w:w="60" w:type="dxa"/>
              <w:bottom w:w="50" w:type="dxa"/>
              <w:end w:w="60" w:type="dxa"/>
            </w:tcMar>
            <w:vAlign w:val="center"/>
          </w:tcPr>
          <w:p>
            <w:pPr>
              <w:jc w:val="center"/>
            </w:pPr>
            <w:r>
              <w:rPr>
                <w:rFonts w:ascii="Arial" w:hAnsi="Arial"/>
                <w:b/>
                <w:color w:val="FFFFFF"/>
                <w:sz w:val="16"/>
              </w:rPr>
              <w:t>Éric Zemmour</w:t>
            </w:r>
          </w:p>
        </w:tc>
        <w:tc>
          <w:tcPr>
            <w:tcW w:type="dxa" w:w="540"/>
            <w:shd w:fill="171918"/>
            <w:tcMar>
              <w:top w:w="50" w:type="dxa"/>
              <w:start w:w="60" w:type="dxa"/>
              <w:bottom w:w="50" w:type="dxa"/>
              <w:end w:w="60" w:type="dxa"/>
            </w:tcMar>
            <w:vAlign w:val="center"/>
          </w:tcPr>
          <w:p>
            <w:pPr>
              <w:jc w:val="center"/>
            </w:pPr>
            <w:r>
              <w:rPr>
                <w:rFonts w:ascii="Arial" w:hAnsi="Arial"/>
                <w:b/>
                <w:color w:val="FFFFFF"/>
                <w:sz w:val="16"/>
              </w:rPr>
              <w:t>/10</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1</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République et institutions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Attachement à la Ve et à l’autorité, mais démocratie participative, indépendance judiciaire et universalisme sont nettement moins développés.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3</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Présidentialisme et référendum existent, mais ligne identitaire, faible pluralisme et primat majoritaire contredisent l’humanisme juridique.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D2D25"/>
                <w:sz w:val="16"/>
              </w:rPr>
              <w:t>1</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2</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État et services publics</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Services essentiels maintenus, avec priorité à l’ordre ; réduction de la dépense et moindre ambition pour la fonction publique créent un écart.</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4</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Autorité et sécurité sont mises en avant, mais l’État social, l’école, l’hôpital et la fonction publique sont moins renforcés.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3</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3</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Travail et protection sociale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Travail et mérite valorisés, mais dialogue social, actionnariat salarié, formation-transition et protections sont moins centraux.</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3</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Valorisation du travail, mais faible place au dialogue social, aux syndicats, à la participation salariée et aux protections collectives.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D2D25"/>
                <w:sz w:val="16"/>
              </w:rPr>
              <w:t>2</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4</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Budget, dette et fiscalité</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Très forte convergence sur la maîtrise des déficits et de la dette, avec une approche plus austéritaire et moins redistributive.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8</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Discipline budgétaire et baisse de dépense convergent, mais l’équité de l’effort et le financement du modèle social sont moins convaincants.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5</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Industrie et souverainetés</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Industrie, nucléaire et souveraineté convergent ; préférence surtout nationale et politique européenne plus limitée.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Relocalisation et souveraineté industrielle fortes ; dimension européenne, fonds partagé et décarbonation sont plus faibles.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719F33"/>
                <w:sz w:val="16"/>
              </w:rPr>
              <w:t>7</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6</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Écogaullisme et énergie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Nucléaire compatible, mais prix carbone, planification écologique, adaptation et partage territorial de l’effort restent partiels.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5</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Nucléaire et technologie convergent, mais prix carbone redistribué, adaptation et planification climatique sont largement refusés.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4</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7</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Agriculture et alimentation</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Souveraineté et revenu agricoles convergent ; biodiversité, intrants et stratégie sanitaire sont plus prudents.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6</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Souveraineté alimentaire commune ; biodiversité, adaptation, qualité sanitaire et transformation des pratiques sont moins présentes.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5</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8</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Immigration et cohésion</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Maîtrise et retours convergent, mais vision plus restrictive, moindre lutte contre les discriminations et intégration moins équilibrée.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3</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Politique identitaire et fermeture migratoire opposées à l’intégration, à la réciprocité organisée et à l’universalisme de LFH.</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CD2D25"/>
                <w:sz w:val="16"/>
              </w:rPr>
              <w:t>1</w:t>
            </w:r>
          </w:p>
        </w:tc>
      </w:tr>
      <w:tr>
        <w:tc>
          <w:tcPr>
            <w:tcW w:type="dxa" w:w="480"/>
            <w:shd w:fill="FFFDF9"/>
            <w:tcMar>
              <w:top w:w="45" w:type="dxa"/>
              <w:start w:w="55" w:type="dxa"/>
              <w:bottom w:w="45" w:type="dxa"/>
              <w:end w:w="55" w:type="dxa"/>
            </w:tcMar>
            <w:vAlign w:val="center"/>
            <w:tcBorders>
              <w:bottom w:val="single" w:sz="3" w:color="D9D3C7"/>
            </w:tcBorders>
          </w:tcPr>
          <w:p>
            <w:pPr>
              <w:jc w:val="center"/>
            </w:pPr>
            <w:r>
              <w:rPr>
                <w:rFonts w:ascii="Arial" w:hAnsi="Arial"/>
                <w:sz w:val="14"/>
              </w:rPr>
              <w:t>9</w:t>
            </w:r>
          </w:p>
        </w:tc>
        <w:tc>
          <w:tcPr>
            <w:tcW w:type="dxa" w:w="2200"/>
            <w:shd w:fill="FFFDF9"/>
            <w:tcMar>
              <w:top w:w="45" w:type="dxa"/>
              <w:start w:w="55" w:type="dxa"/>
              <w:bottom w:w="45" w:type="dxa"/>
              <w:end w:w="55" w:type="dxa"/>
            </w:tcMar>
            <w:vAlign w:val="center"/>
            <w:tcBorders>
              <w:bottom w:val="single" w:sz="3" w:color="D9D3C7"/>
            </w:tcBorders>
          </w:tcPr>
          <w:p>
            <w:pPr>
              <w:jc w:val="center"/>
            </w:pPr>
            <w:r>
              <w:rPr>
                <w:rFonts w:ascii="Arial" w:hAnsi="Arial"/>
                <w:b/>
                <w:sz w:val="14"/>
              </w:rPr>
              <w:t>Europe, défense et diplomatie</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Défense européenne intergouvernementale et Ukraine compatibles ; autonomie face aux États-Unis et approfondissement institutionnel plus limités.</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D6A600"/>
                <w:sz w:val="16"/>
              </w:rPr>
              <w:t>6</w:t>
            </w:r>
          </w:p>
        </w:tc>
        <w:tc>
          <w:tcPr>
            <w:tcW w:type="dxa" w:w="4620"/>
            <w:shd w:fill="FFFDF9"/>
            <w:tcMar>
              <w:top w:w="45" w:type="dxa"/>
              <w:start w:w="55" w:type="dxa"/>
              <w:bottom w:w="45" w:type="dxa"/>
              <w:end w:w="55" w:type="dxa"/>
            </w:tcMar>
            <w:vAlign w:val="center"/>
            <w:tcBorders>
              <w:bottom w:val="single" w:sz="3" w:color="D9D3C7"/>
            </w:tcBorders>
          </w:tcPr>
          <w:p>
            <w:pPr>
              <w:jc w:val="left"/>
            </w:pPr>
            <w:r>
              <w:rPr>
                <w:rFonts w:ascii="Arial" w:hAnsi="Arial"/>
                <w:sz w:val="13"/>
              </w:rPr>
              <w:t>Indépendance nationale partiellement commune, mais rejet de l’intégration européenne, ambiguïtés russes et multilatéralisme faible.</w:t>
            </w:r>
          </w:p>
        </w:tc>
        <w:tc>
          <w:tcPr>
            <w:tcW w:type="dxa" w:w="540"/>
            <w:shd w:fill="FFFDF9"/>
            <w:tcMar>
              <w:top w:w="45" w:type="dxa"/>
              <w:start w:w="55" w:type="dxa"/>
              <w:bottom w:w="45" w:type="dxa"/>
              <w:end w:w="55" w:type="dxa"/>
            </w:tcMar>
            <w:vAlign w:val="center"/>
            <w:tcBorders>
              <w:bottom w:val="single" w:sz="3" w:color="D9D3C7"/>
            </w:tcBorders>
          </w:tcPr>
          <w:p>
            <w:pPr>
              <w:jc w:val="center"/>
            </w:pPr>
            <w:r>
              <w:rPr>
                <w:rFonts w:ascii="Arial" w:hAnsi="Arial"/>
                <w:b/>
                <w:color w:val="CD2D25"/>
                <w:sz w:val="16"/>
              </w:rPr>
              <w:t>2</w:t>
            </w:r>
          </w:p>
        </w:tc>
      </w:tr>
      <w:tr>
        <w:tc>
          <w:tcPr>
            <w:tcW w:type="dxa" w:w="480"/>
            <w:shd w:fill="F1ECE2"/>
            <w:tcMar>
              <w:top w:w="45" w:type="dxa"/>
              <w:start w:w="55" w:type="dxa"/>
              <w:bottom w:w="45" w:type="dxa"/>
              <w:end w:w="55" w:type="dxa"/>
            </w:tcMar>
            <w:vAlign w:val="center"/>
            <w:tcBorders>
              <w:bottom w:val="single" w:sz="3" w:color="D9D3C7"/>
            </w:tcBorders>
          </w:tcPr>
          <w:p>
            <w:pPr>
              <w:jc w:val="center"/>
            </w:pPr>
            <w:r>
              <w:rPr>
                <w:rFonts w:ascii="Arial" w:hAnsi="Arial"/>
                <w:sz w:val="14"/>
              </w:rPr>
              <w:t>10</w:t>
            </w:r>
          </w:p>
        </w:tc>
        <w:tc>
          <w:tcPr>
            <w:tcW w:type="dxa" w:w="2200"/>
            <w:shd w:fill="F1ECE2"/>
            <w:tcMar>
              <w:top w:w="45" w:type="dxa"/>
              <w:start w:w="55" w:type="dxa"/>
              <w:bottom w:w="45" w:type="dxa"/>
              <w:end w:w="55" w:type="dxa"/>
            </w:tcMar>
            <w:vAlign w:val="center"/>
            <w:tcBorders>
              <w:bottom w:val="single" w:sz="3" w:color="D9D3C7"/>
            </w:tcBorders>
          </w:tcPr>
          <w:p>
            <w:pPr>
              <w:jc w:val="center"/>
            </w:pPr>
            <w:r>
              <w:rPr>
                <w:rFonts w:ascii="Arial" w:hAnsi="Arial"/>
                <w:b/>
                <w:sz w:val="14"/>
              </w:rPr>
              <w:t>Numérique, IA et culture</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Protection des mineurs et souveraineté numérique partielles, mais doctrine IA, culture et droits cognitifs peu structurée.</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4</w:t>
            </w:r>
          </w:p>
        </w:tc>
        <w:tc>
          <w:tcPr>
            <w:tcW w:type="dxa" w:w="4620"/>
            <w:shd w:fill="F1ECE2"/>
            <w:tcMar>
              <w:top w:w="45" w:type="dxa"/>
              <w:start w:w="55" w:type="dxa"/>
              <w:bottom w:w="45" w:type="dxa"/>
              <w:end w:w="55" w:type="dxa"/>
            </w:tcMar>
            <w:vAlign w:val="center"/>
            <w:tcBorders>
              <w:bottom w:val="single" w:sz="3" w:color="D9D3C7"/>
            </w:tcBorders>
          </w:tcPr>
          <w:p>
            <w:pPr>
              <w:jc w:val="left"/>
            </w:pPr>
            <w:r>
              <w:rPr>
                <w:rFonts w:ascii="Arial" w:hAnsi="Arial"/>
                <w:sz w:val="13"/>
              </w:rPr>
              <w:t>Souveraineté culturelle présente, mais contrôle humain de l’IA, droits cognitifs, régulation européenne et droits d’auteur restent secondaires.</w:t>
            </w:r>
          </w:p>
        </w:tc>
        <w:tc>
          <w:tcPr>
            <w:tcW w:type="dxa" w:w="540"/>
            <w:shd w:fill="F1ECE2"/>
            <w:tcMar>
              <w:top w:w="45" w:type="dxa"/>
              <w:start w:w="55" w:type="dxa"/>
              <w:bottom w:w="45" w:type="dxa"/>
              <w:end w:w="55" w:type="dxa"/>
            </w:tcMar>
            <w:vAlign w:val="center"/>
            <w:tcBorders>
              <w:bottom w:val="single" w:sz="3" w:color="D9D3C7"/>
            </w:tcBorders>
          </w:tcPr>
          <w:p>
            <w:pPr>
              <w:jc w:val="center"/>
            </w:pPr>
            <w:r>
              <w:rPr>
                <w:rFonts w:ascii="Arial" w:hAnsi="Arial"/>
                <w:b/>
                <w:color w:val="F16912"/>
                <w:sz w:val="16"/>
              </w:rPr>
              <w:t>3</w:t>
            </w:r>
          </w:p>
        </w:tc>
      </w:tr>
    </w:tbl>
    <w:p>
      <w:pPr>
        <w:sectPr>
          <w:headerReference w:type="default" r:id="rId34"/>
          <w:footerReference w:type="default" r:id="rId35"/>
          <w:pgSz w:w="15840" w:h="12240" w:orient="landscape"/>
          <w:pgMar w:top="605" w:right="720" w:bottom="648" w:left="720" w:header="317" w:footer="317" w:gutter="0"/>
          <w:cols w:space="720"/>
          <w:docGrid w:linePitch="360"/>
        </w:sectPr>
      </w:pPr>
    </w:p>
    <w:p>
      <w:pPr>
        <w:spacing w:before="0" w:after="40"/>
      </w:pPr>
      <w:r>
        <w:rPr>
          <w:rFonts w:ascii="Arial" w:hAnsi="Arial"/>
          <w:b/>
          <w:color w:val="3552EB"/>
          <w:sz w:val="15"/>
        </w:rPr>
        <w:t>MÉTHODE &amp; LIMITES</w:t>
      </w:r>
    </w:p>
    <w:p>
      <w:pPr>
        <w:pStyle w:val="Title"/>
        <w:spacing w:after="100"/>
        <w:pBdr>
          <w:bottom w:val="single" w:sz="8" w:space="3" w:color="3552EB"/>
        </w:pBdr>
      </w:pPr>
      <w:r>
        <w:rPr>
          <w:rFonts w:ascii="Arial" w:hAnsi="Arial"/>
          <w:b/>
          <w:color w:val="171918"/>
          <w:sz w:val="52"/>
        </w:rPr>
        <w:t>Ce que le score dit — et ne dit pas</w:t>
      </w: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FFFF"/>
                <w:sz w:val="16"/>
              </w:rPr>
              <w:t>Nature des notes</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sz w:val="16"/>
              </w:rPr>
              <w:t>Chaque note est une appréciation éditoriale argumentée à partir des sources citées. Elle n’est pas le résultat d’une formule automatique. La même échelle de 0 à 10 est utilisée dans les quatre référentiels, mais les axes évalués ne sont pas identiques.</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FFFF"/>
                <w:sz w:val="16"/>
              </w:rPr>
              <w:t>Écarts faibles</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sz w:val="16"/>
              </w:rPr>
              <w:t>Un écart de 1 ou 2 points ne doit pas être interprété comme une différence décisive. Il peut évoluer avec un programme ou une position nouvelle.</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FFFF"/>
                <w:sz w:val="16"/>
              </w:rPr>
              <w:t>Axes équipondérés</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sz w:val="16"/>
              </w:rPr>
              <w:t>Les dix axes comptent chacun pour 10 %. Ce choix transparent évite une pondération cachée, mais ne reflète pas les priorités propres à chaque lecteur.</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FFFF"/>
                <w:sz w:val="16"/>
              </w:rPr>
              <w:t>Comparaison des référentiels</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sz w:val="16"/>
              </w:rPr>
              <w:t>Les scores se lisent d’abord à l’intérieur de chaque référentiel. Le Parti Pirate, Volt, Équinoxe et La France Humaniste sont comparés séparément. Aucune moyenne générale n’est calculée. Les axes se recoupent partiellement et reposent en partie sur les mêmes sources candidates : la convergence de plusieurs classements ne constitue donc pas quatre validations indépendantes.</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FFFF"/>
                <w:sz w:val="16"/>
              </w:rPr>
              <w:t>Sélection des candidatures</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sz w:val="16"/>
              </w:rPr>
              <w:t>Dix figures nationales susceptibles de structurer 2027 ont été retenues. La liste, arrêtée au 3 août 2026, n’est ni exhaustive ni une prédiction de candidature.</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FFFF"/>
                <w:sz w:val="16"/>
              </w:rPr>
              <w:t>Corpus et incertitudes</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sz w:val="16"/>
              </w:rPr>
              <w:t>La France Humaniste ne dispose pas encore d’un programme présidentiel consolidé. Le référentiel synthétise ses textes doctrinaux ; l’absence de position limite la note sans valoir opposition.</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FFFF"/>
                <w:sz w:val="16"/>
              </w:rPr>
              <w:t>Assistance par IA</w:t>
            </w:r>
          </w:p>
        </w:tc>
        <w:tc>
          <w:tcPr>
            <w:tcW w:type="dxa" w:w="6620"/>
            <w:shd w:fill="FFFDF9"/>
            <w:tcMar>
              <w:top w:w="85" w:type="dxa"/>
              <w:start w:w="100" w:type="dxa"/>
              <w:bottom w:w="85" w:type="dxa"/>
              <w:end w:w="100" w:type="dxa"/>
            </w:tcMar>
            <w:vAlign w:val="center"/>
            <w:tcBorders>
              <w:bottom w:val="single" w:sz="3" w:color="D9D3C7"/>
            </w:tcBorders>
          </w:tcPr>
          <w:p>
            <w:r>
              <w:rPr>
                <w:rFonts w:ascii="Arial" w:hAnsi="Arial"/>
                <w:sz w:val="16"/>
              </w:rPr>
              <w:t>L’analyse a été préparée avec l’assistance de ChatGPT (OpenAI). Les positions et les justifications reposent sur les sources citées dans cette notice.</w:t>
            </w:r>
          </w:p>
        </w:tc>
      </w:tr>
    </w:tbl>
    <w:p>
      <w:pPr>
        <w:spacing w:after="6" w:before="0"/>
      </w:pPr>
    </w:p>
    <w:tbl>
      <w:tblPr>
        <w:tblW w:type="dxa" w:w="9240"/>
        <w:tblLayout w:type="fixed"/>
        <w:tblLook w:firstColumn="1" w:firstRow="1" w:lastColumn="0" w:lastRow="0" w:noHBand="0" w:noVBand="1" w:val="04A0"/>
        <w:tblInd w:w="120" w:type="dxa"/>
      </w:tblPr>
      <w:tblGrid>
        <w:gridCol w:w="2620"/>
        <w:gridCol w:w="6620"/>
      </w:tblGrid>
      <w:tr>
        <w:tc>
          <w:tcPr>
            <w:tcW w:type="dxa" w:w="2620"/>
            <w:shd w:fill="171918"/>
            <w:tcMar>
              <w:top w:w="85" w:type="dxa"/>
              <w:start w:w="100" w:type="dxa"/>
              <w:bottom w:w="85" w:type="dxa"/>
              <w:end w:w="100" w:type="dxa"/>
            </w:tcMar>
            <w:vAlign w:val="center"/>
            <w:tcBorders>
              <w:bottom w:val="single" w:sz="3" w:color="D9D3C7"/>
            </w:tcBorders>
          </w:tcPr>
          <w:p>
            <w:r>
              <w:rPr>
                <w:rFonts w:ascii="Arial" w:hAnsi="Arial"/>
                <w:b/>
                <w:color w:val="FFFFFF"/>
                <w:sz w:val="16"/>
              </w:rPr>
              <w:t>Portée du résultat</w:t>
            </w:r>
          </w:p>
        </w:tc>
        <w:tc>
          <w:tcPr>
            <w:tcW w:type="dxa" w:w="6620"/>
            <w:shd w:fill="F1ECE2"/>
            <w:tcMar>
              <w:top w:w="85" w:type="dxa"/>
              <w:start w:w="100" w:type="dxa"/>
              <w:bottom w:w="85" w:type="dxa"/>
              <w:end w:w="100" w:type="dxa"/>
            </w:tcMar>
            <w:vAlign w:val="center"/>
            <w:tcBorders>
              <w:bottom w:val="single" w:sz="3" w:color="D9D3C7"/>
            </w:tcBorders>
          </w:tcPr>
          <w:p>
            <w:r>
              <w:rPr>
                <w:rFonts w:ascii="Arial" w:hAnsi="Arial"/>
                <w:sz w:val="16"/>
              </w:rPr>
              <w:t>Le total ne juge ni la compétence, ni la crédibilité, ni l’intégrité, ni la faisabilité budgétaire. Il mesure uniquement la proximité avec le référentiel choisi.</w:t>
            </w:r>
          </w:p>
        </w:tc>
      </w:tr>
    </w:tbl>
    <w:p>
      <w:pPr>
        <w:spacing w:after="6" w:before="0"/>
      </w:pPr>
    </w:p>
    <w:p>
      <w:pPr>
        <w:spacing w:after="0" w:before="0"/>
      </w:pPr>
    </w:p>
    <w:p>
      <w:r>
        <w:br w:type="page"/>
      </w:r>
    </w:p>
    <w:p>
      <w:pPr>
        <w:spacing w:before="0" w:after="40"/>
      </w:pPr>
      <w:r>
        <w:rPr>
          <w:rFonts w:ascii="Arial" w:hAnsi="Arial"/>
          <w:b/>
          <w:color w:val="3552EB"/>
          <w:sz w:val="15"/>
        </w:rPr>
        <w:t>SOURCES</w:t>
      </w:r>
    </w:p>
    <w:p>
      <w:pPr>
        <w:pStyle w:val="Title"/>
        <w:spacing w:after="100"/>
        <w:pBdr>
          <w:bottom w:val="single" w:sz="8" w:space="3" w:color="3552EB"/>
        </w:pBdr>
      </w:pPr>
      <w:r>
        <w:rPr>
          <w:rFonts w:ascii="Arial" w:hAnsi="Arial"/>
          <w:b/>
          <w:color w:val="171918"/>
          <w:sz w:val="52"/>
        </w:rPr>
        <w:t>Référentiel et sources — 1/2</w:t>
      </w:r>
    </w:p>
    <w:p>
      <w:pPr>
        <w:spacing w:after="140"/>
      </w:pPr>
      <w:r>
        <w:rPr>
          <w:rFonts w:ascii="Arial" w:hAnsi="Arial"/>
          <w:color w:val="6C6A66"/>
          <w:sz w:val="19"/>
        </w:rPr>
        <w:t>Liens officiels ou documents directs privilégiés ; les programmes incomplets sont complétés par des propositions et prises de position publiques.</w:t>
      </w: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vAlign w:val="center"/>
          </w:tcPr>
          <w:p>
            <w:pPr>
              <w:spacing w:after="30"/>
            </w:pPr>
            <w:r>
              <w:rPr>
                <w:rFonts w:ascii="Arial" w:hAnsi="Arial"/>
                <w:sz w:val="16"/>
              </w:rPr>
              <w:t>La France Humaniste — portail officiel — lafrancehumaniste.fr</w:t>
              <w:br/>
              <w:t>Portail du mouvement et accès aux chroniques.</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vAlign w:val="center"/>
          </w:tcPr>
          <w:p>
            <w:pPr>
              <w:spacing w:after="30"/>
            </w:pPr>
            <w:r>
              <w:rPr>
                <w:rFonts w:ascii="Arial" w:hAnsi="Arial"/>
                <w:sz w:val="16"/>
              </w:rPr>
              <w:t>Le moment français — lafrancehumaniste.fr/articles/le-moment-francais-sorbonne.html</w:t>
              <w:br/>
              <w:t>Institutions, État, souverainetés, retraites, immigration, culture et démocratie.</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vAlign w:val="center"/>
          </w:tcPr>
          <w:p>
            <w:pPr>
              <w:spacing w:after="30"/>
            </w:pPr>
            <w:r>
              <w:rPr>
                <w:rFonts w:ascii="Arial" w:hAnsi="Arial"/>
                <w:sz w:val="16"/>
              </w:rPr>
              <w:t>Le chemin gaulliste — lafrancehumaniste.fr/articles/chemin-gaulliste.html</w:t>
              <w:br/>
              <w:t>Ve République, État de droit, parlementarisme et trajectoire budgétaire.</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vAlign w:val="center"/>
          </w:tcPr>
          <w:p>
            <w:pPr>
              <w:spacing w:after="30"/>
            </w:pPr>
            <w:r>
              <w:rPr>
                <w:rFonts w:ascii="Arial" w:hAnsi="Arial"/>
                <w:sz w:val="16"/>
              </w:rPr>
              <w:t>Le moment européen — lafrancehumaniste.fr/articles/moment-europeen-europe-souveraine.html</w:t>
              <w:br/>
              <w:t>Europe souveraine, défense commune, Ukraine, industrie et diplomatie.</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vAlign w:val="center"/>
          </w:tcPr>
          <w:p>
            <w:pPr>
              <w:spacing w:after="30"/>
            </w:pPr>
            <w:r>
              <w:rPr>
                <w:rFonts w:ascii="Arial" w:hAnsi="Arial"/>
                <w:sz w:val="16"/>
              </w:rPr>
              <w:t>Pourquoi je suis écogaulliste ? — lafrancehumaniste.fr/articles/pourquoi-je-suis-ecogaulliste.html</w:t>
              <w:br/>
              <w:t>Climat, nucléaire, électrification, adaptation, prix carbone et territoires.</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vAlign w:val="center"/>
          </w:tcPr>
          <w:p>
            <w:pPr>
              <w:spacing w:after="30"/>
            </w:pPr>
            <w:r>
              <w:rPr>
                <w:rFonts w:ascii="Arial" w:hAnsi="Arial"/>
                <w:sz w:val="16"/>
              </w:rPr>
              <w:t>Un nouveau monde du travail — lafrancehumaniste.fr/articles/un-nouveau-monde-du-travail.html</w:t>
              <w:br/>
              <w:t>Économie sociale de marché, salaires, dialogue social, formation et participation.</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vAlign w:val="center"/>
          </w:tcPr>
          <w:p>
            <w:pPr>
              <w:spacing w:after="30"/>
            </w:pPr>
            <w:r>
              <w:rPr>
                <w:rFonts w:ascii="Arial" w:hAnsi="Arial"/>
                <w:sz w:val="16"/>
              </w:rPr>
              <w:t>Souveraineté agricole et alimentaire — lafrancehumaniste.fr/articles/souverainete-agricole-et-alimentaire.html</w:t>
              <w:br/>
              <w:t>Agriculture familiale, PAC, résilience, sols, santé et souveraineté.</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vAlign w:val="center"/>
          </w:tcPr>
          <w:p>
            <w:pPr>
              <w:spacing w:after="30"/>
            </w:pPr>
            <w:r>
              <w:rPr>
                <w:rFonts w:ascii="Arial" w:hAnsi="Arial"/>
                <w:sz w:val="16"/>
              </w:rPr>
              <w:t>L’humanisme à l’ère de l’IA — lafrancehumaniste.fr/articles/humanisme-intelligence-artificielle.html</w:t>
              <w:br/>
              <w:t>Régulation, sûreté, contrôle humain, souveraineté, droits d’auteur et transparence.</w:t>
            </w:r>
          </w:p>
        </w:tc>
      </w:tr>
    </w:tbl>
    <w:p>
      <w:pPr>
        <w:spacing w:after="6" w:before="0"/>
      </w:pPr>
    </w:p>
    <w:p>
      <w:r>
        <w:br w:type="page"/>
      </w:r>
    </w:p>
    <w:p>
      <w:pPr>
        <w:spacing w:before="0" w:after="40"/>
      </w:pPr>
      <w:r>
        <w:rPr>
          <w:rFonts w:ascii="Arial" w:hAnsi="Arial"/>
          <w:b/>
          <w:color w:val="3552EB"/>
          <w:sz w:val="15"/>
        </w:rPr>
        <w:t>SOURCES</w:t>
      </w:r>
    </w:p>
    <w:p>
      <w:pPr>
        <w:pStyle w:val="Title"/>
        <w:spacing w:after="100"/>
        <w:pBdr>
          <w:bottom w:val="single" w:sz="8" w:space="3" w:color="3552EB"/>
        </w:pBdr>
      </w:pPr>
      <w:r>
        <w:rPr>
          <w:rFonts w:ascii="Arial" w:hAnsi="Arial"/>
          <w:b/>
          <w:color w:val="171918"/>
          <w:sz w:val="52"/>
        </w:rPr>
        <w:t>Sources candidates — 2/2</w:t>
      </w:r>
    </w:p>
    <w:p>
      <w:pPr>
        <w:spacing w:after="140"/>
      </w:pPr>
      <w:r>
        <w:rPr>
          <w:rFonts w:ascii="Arial" w:hAnsi="Arial"/>
          <w:color w:val="6C6A66"/>
          <w:sz w:val="19"/>
        </w:rPr>
        <w:t>Liens officiels ou documents directs privilégiés ; les programmes incomplets sont complétés par des propositions et prises de position publiques.</w:t>
      </w: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vAlign w:val="center"/>
          </w:tcPr>
          <w:p>
            <w:pPr>
              <w:spacing w:after="30"/>
            </w:pPr>
            <w:r>
              <w:rPr>
                <w:rFonts w:ascii="Arial" w:hAnsi="Arial"/>
                <w:sz w:val="16"/>
              </w:rPr>
              <w:t>Les Écologistes et Place publique — lesecologistes.fr · place-publique.eu — programmes 2026, Acte I et programme européen.</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vAlign w:val="center"/>
          </w:tcPr>
          <w:p>
            <w:pPr>
              <w:spacing w:after="30"/>
            </w:pPr>
            <w:r>
              <w:rPr>
                <w:rFonts w:ascii="Arial" w:hAnsi="Arial"/>
                <w:sz w:val="16"/>
              </w:rPr>
              <w:t>François Ruffin et La France insoumise — francoisruffin.fr · lafranceinsoumise.fr — propositions, programmes 2022 et 2024, livrets thématiques.</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vAlign w:val="center"/>
          </w:tcPr>
          <w:p>
            <w:pPr>
              <w:spacing w:after="30"/>
            </w:pPr>
            <w:r>
              <w:rPr>
                <w:rFonts w:ascii="Arial" w:hAnsi="Arial"/>
                <w:sz w:val="16"/>
              </w:rPr>
              <w:t>Parti communiste français et Renaissance — pcf.fr · attalpresident.fr — programmes européens, propositions nationales et bilan gouvernemental.</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vAlign w:val="center"/>
          </w:tcPr>
          <w:p>
            <w:pPr>
              <w:spacing w:after="30"/>
            </w:pPr>
            <w:r>
              <w:rPr>
                <w:rFonts w:ascii="Arial" w:hAnsi="Arial"/>
                <w:sz w:val="16"/>
              </w:rPr>
              <w:t>Horizons et Rassemblement national — horizonsleparti.fr · rassemblementnational.fr — travaux, discours et programmes nationaux.</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vAlign w:val="center"/>
          </w:tcPr>
          <w:p>
            <w:pPr>
              <w:spacing w:after="30"/>
            </w:pPr>
            <w:r>
              <w:rPr>
                <w:rFonts w:ascii="Arial" w:hAnsi="Arial"/>
                <w:sz w:val="16"/>
              </w:rPr>
              <w:t>Les Républicains et Reconquête — republicains.fr · cnccep.fr — propositions officielles et déclaration présidentielle 2022.</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FFDF9"/>
            <w:tcMar>
              <w:top w:w="75" w:type="dxa"/>
              <w:start w:w="100" w:type="dxa"/>
              <w:bottom w:w="75" w:type="dxa"/>
              <w:end w:w="100" w:type="dxa"/>
            </w:tcMar>
            <w:tcBorders>
              <w:bottom w:val="single" w:sz="3" w:color="D9D3C7"/>
            </w:tcBorders>
            <w:vAlign w:val="center"/>
          </w:tcPr>
          <w:p>
            <w:pPr>
              <w:spacing w:after="30"/>
            </w:pPr>
            <w:r>
              <w:rPr>
                <w:rFonts w:ascii="Arial" w:hAnsi="Arial"/>
                <w:sz w:val="16"/>
              </w:rPr>
              <w:t>Principe documentaire — Les programmes incomplets sont complétés par des votes, bilans et prises de position publiques ; les incertitudes sont signalées séparément.</w:t>
            </w:r>
          </w:p>
        </w:tc>
      </w:tr>
    </w:tbl>
    <w:p>
      <w:pPr>
        <w:spacing w:after="6" w:before="0"/>
      </w:pPr>
    </w:p>
    <w:tbl>
      <w:tblPr>
        <w:tblW w:type="dxa" w:w="9240"/>
        <w:tblLayout w:type="fixed"/>
        <w:tblLook w:firstColumn="1" w:firstRow="1" w:lastColumn="0" w:lastRow="0" w:noHBand="0" w:noVBand="1" w:val="04A0"/>
        <w:tblInd w:w="120" w:type="dxa"/>
      </w:tblPr>
      <w:tblGrid>
        <w:gridCol w:w="9240"/>
      </w:tblGrid>
      <w:tr>
        <w:tc>
          <w:tcPr>
            <w:tcW w:type="dxa" w:w="9240"/>
            <w:shd w:fill="F3F0E8"/>
            <w:tcMar>
              <w:top w:w="115" w:type="dxa"/>
              <w:start w:w="140" w:type="dxa"/>
              <w:bottom w:w="115" w:type="dxa"/>
              <w:end w:w="140" w:type="dxa"/>
            </w:tcMar>
            <w:tcBorders>
              <w:top w:val="single" w:sz="8" w:color="3552EB"/>
              <w:start w:val="single" w:sz="8" w:color="3552EB"/>
              <w:bottom w:val="single" w:sz="8" w:color="3552EB"/>
              <w:end w:val="single" w:sz="8" w:color="3552EB"/>
            </w:tcBorders>
            <w:vAlign w:val="center"/>
          </w:tcPr>
          <w:p>
            <w:pPr>
              <w:spacing w:after="40"/>
            </w:pPr>
            <w:r>
              <w:rPr>
                <w:rFonts w:ascii="Arial" w:hAnsi="Arial"/>
                <w:sz w:val="15"/>
              </w:rPr>
              <w:t>Crédits visuels</w:t>
              <w:br/>
              <w:t>Photographies téléchargées depuis leurs fichiers sources, sans reprise des composites Équinoxe. Éric Zemmour : Anh De France (CC0). Bruno Retailleau : Anthony Montardy (CC BY 4.0). Marine Le Pen : VOX España (domaine public). Édouard Philippe : Wasasaq8 (CC0). Gabriel Attal : Ismail Aissoub (CC BY-SA 4.0). Fabien Roussel : Zouhaïr Nakara (CC BY-SA 4.0). Raphaël Glucksmann : © Union européenne 2024 - Source : Parlement européen. Jean-Luc Mélenchon : Thomas Bresson (CC BY 4.0). François Ruffin : Thinkerview (CC BY-SA 4.0). Marine Tondelier : Selbymay (CC BY 4.0), Wikimedia Commons.</w:t>
            </w:r>
          </w:p>
        </w:tc>
      </w:tr>
    </w:tbl>
    <w:p>
      <w:pPr>
        <w:spacing w:after="0" w:before="0"/>
      </w:pPr>
    </w:p>
    <w:sectPr w:rsidR="00FC693F" w:rsidRPr="0006063C" w:rsidSect="00034616">
      <w:headerReference w:type="default" r:id="rId36"/>
      <w:footerReference w:type="default" r:id="rId37"/>
      <w:pgSz w:w="12240" w:h="15840"/>
      <w:pgMar w:top="720" w:right="1440" w:bottom="720" w:left="1440"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LA FRANCE HUMANISTE  ·  3 AOÛT 2026   |   </w:t>
    </w:r>
    <w:r>
      <w:rPr>
        <w:rFonts w:ascii="Arial" w:hAnsi="Arial"/>
        <w:color w:val="666666"/>
        <w:sz w:val="15"/>
      </w:rPr>
      <w:fldChar w:fldCharType="begin"/>
      <w:instrText xml:space="preserve"> PAGE </w:instrText>
      <w:fldChar w:fldCharType="separate"/>
      <w:t>1</w:t>
      <w:fldChar w:fldCharType="end"/>
    </w:r>
  </w:p>
</w:ftr>
</file>

<file path=word/footer1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LA FRANCE HUMANISTE  ·  3 AOÛT 2026   |   </w:t>
    </w:r>
    <w:r>
      <w:rPr>
        <w:rFonts w:ascii="Arial" w:hAnsi="Arial"/>
        <w:color w:val="666666"/>
        <w:sz w:val="15"/>
      </w:rPr>
      <w:fldChar w:fldCharType="begin"/>
      <w:instrText xml:space="preserve"> PAGE </w:instrText>
      <w:fldChar w:fldCharType="separate"/>
      <w:t>1</w:t>
      <w:fldChar w:fldCharType="end"/>
    </w:r>
  </w:p>
</w:ftr>
</file>

<file path=word/footer1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LA FRANCE HUMANISTE  ·  3 AOÛT 2026   |   </w:t>
    </w:r>
    <w:r>
      <w:rPr>
        <w:rFonts w:ascii="Arial" w:hAnsi="Arial"/>
        <w:color w:val="666666"/>
        <w:sz w:val="15"/>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LA FRANCE HUMANISTE  ·  3 AOÛT 2026   |   </w:t>
    </w:r>
    <w:r>
      <w:rPr>
        <w:rFonts w:ascii="Arial" w:hAnsi="Arial"/>
        <w:color w:val="666666"/>
        <w:sz w:val="15"/>
      </w:rPr>
      <w:fldChar w:fldCharType="begin"/>
      <w:instrText xml:space="preserve"> PAGE </w:instrText>
      <w:fldChar w:fldCharType="separate"/>
      <w:t>1</w: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LA FRANCE HUMANISTE  ·  3 AOÛT 2026   |   </w:t>
    </w:r>
    <w:r>
      <w:rPr>
        <w:rFonts w:ascii="Arial" w:hAnsi="Arial"/>
        <w:color w:val="666666"/>
        <w:sz w:val="15"/>
      </w:rPr>
      <w:fldChar w:fldCharType="begin"/>
      <w:instrText xml:space="preserve"> PAGE </w:instrText>
      <w:fldChar w:fldCharType="separate"/>
      <w:t>1</w: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LA FRANCE HUMANISTE  ·  3 AOÛT 2026   |   </w:t>
    </w:r>
    <w:r>
      <w:rPr>
        <w:rFonts w:ascii="Arial" w:hAnsi="Arial"/>
        <w:color w:val="666666"/>
        <w:sz w:val="15"/>
      </w:rPr>
      <w:fldChar w:fldCharType="begin"/>
      <w:instrText xml:space="preserve"> PAGE </w:instrText>
      <w:fldChar w:fldCharType="separate"/>
      <w:t>1</w:t>
      <w:fldChar w:fldCharType="end"/>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LA FRANCE HUMANISTE  ·  3 AOÛT 2026   |   </w:t>
    </w:r>
    <w:r>
      <w:rPr>
        <w:rFonts w:ascii="Arial" w:hAnsi="Arial"/>
        <w:color w:val="666666"/>
        <w:sz w:val="15"/>
      </w:rPr>
      <w:fldChar w:fldCharType="begin"/>
      <w:instrText xml:space="preserve"> PAGE </w:instrText>
      <w:fldChar w:fldCharType="separate"/>
      <w:t>1</w:t>
      <w:fldChar w:fldCharType="end"/>
    </w:r>
  </w:p>
</w:ftr>
</file>

<file path=word/footer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LA FRANCE HUMANISTE  ·  3 AOÛT 2026   |   </w:t>
    </w:r>
    <w:r>
      <w:rPr>
        <w:rFonts w:ascii="Arial" w:hAnsi="Arial"/>
        <w:color w:val="666666"/>
        <w:sz w:val="15"/>
      </w:rPr>
      <w:fldChar w:fldCharType="begin"/>
      <w:instrText xml:space="preserve"> PAGE </w:instrText>
      <w:fldChar w:fldCharType="separate"/>
      <w:t>1</w:t>
      <w:fldChar w:fldCharType="end"/>
    </w:r>
  </w:p>
</w:ftr>
</file>

<file path=word/footer7.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LA FRANCE HUMANISTE  ·  3 AOÛT 2026   |   </w:t>
    </w:r>
    <w:r>
      <w:rPr>
        <w:rFonts w:ascii="Arial" w:hAnsi="Arial"/>
        <w:color w:val="666666"/>
        <w:sz w:val="15"/>
      </w:rPr>
      <w:fldChar w:fldCharType="begin"/>
      <w:instrText xml:space="preserve"> PAGE </w:instrText>
      <w:fldChar w:fldCharType="separate"/>
      <w:t>1</w:t>
      <w:fldChar w:fldCharType="end"/>
    </w:r>
  </w:p>
</w:ftr>
</file>

<file path=word/footer8.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LA FRANCE HUMANISTE  ·  3 AOÛT 2026   |   </w:t>
    </w:r>
    <w:r>
      <w:rPr>
        <w:rFonts w:ascii="Arial" w:hAnsi="Arial"/>
        <w:color w:val="666666"/>
        <w:sz w:val="15"/>
      </w:rPr>
      <w:fldChar w:fldCharType="begin"/>
      <w:instrText xml:space="preserve"> PAGE </w:instrText>
      <w:fldChar w:fldCharType="separate"/>
      <w:t>1</w:t>
      <w:fldChar w:fldCharType="end"/>
    </w:r>
  </w:p>
</w:ftr>
</file>

<file path=word/footer9.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Arial" w:hAnsi="Arial"/>
        <w:color w:val="666666"/>
        <w:sz w:val="14"/>
      </w:rPr>
      <w:t xml:space="preserve">LA FRANCE HUMANISTE  ·  3 AOÛT 2026   |   </w:t>
    </w:r>
    <w:r>
      <w:rPr>
        <w:rFonts w:ascii="Arial" w:hAnsi="Arial"/>
        <w:color w:val="666666"/>
        <w:sz w:val="15"/>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10.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1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7.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8.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header9.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Arial" w:hAnsi="Arial"/>
        <w:b/>
        <w:color w:val="666666"/>
        <w:sz w:val="13"/>
      </w:rPr>
      <w:t>PRÉSIDENTIELLE 2027  |  COMPATIBILITÉ PROGRAMMATIQUE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rial" w:hAnsi="Arial"/>
      <w:color w:val="17191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rial" w:hAnsi="Arial"/>
      <w:b/>
      <w:bCs/>
      <w:color w:val="171918"/>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3552EB"/>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17191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Arial" w:hAnsi="Arial"/>
      <w:b/>
      <w:color w:val="171918"/>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after="80"/>
    </w:pPr>
    <w:rPr>
      <w:rFonts w:ascii="Arial" w:hAnsi="Arial"/>
      <w:b w:val="0"/>
      <w:bCs/>
      <w:i w:val="0"/>
      <w:color w:val="6C6A66"/>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image" Target="media/image4.png"/><Relationship Id="rId19" Type="http://schemas.openxmlformats.org/officeDocument/2006/relationships/header" Target="header4.xml"/><Relationship Id="rId20" Type="http://schemas.openxmlformats.org/officeDocument/2006/relationships/footer" Target="footer4.xml"/><Relationship Id="rId21" Type="http://schemas.openxmlformats.org/officeDocument/2006/relationships/header" Target="header5.xml"/><Relationship Id="rId22" Type="http://schemas.openxmlformats.org/officeDocument/2006/relationships/footer" Target="footer5.xml"/><Relationship Id="rId23" Type="http://schemas.openxmlformats.org/officeDocument/2006/relationships/image" Target="media/image5.png"/><Relationship Id="rId24" Type="http://schemas.openxmlformats.org/officeDocument/2006/relationships/header" Target="header6.xml"/><Relationship Id="rId25" Type="http://schemas.openxmlformats.org/officeDocument/2006/relationships/footer" Target="footer6.xml"/><Relationship Id="rId26" Type="http://schemas.openxmlformats.org/officeDocument/2006/relationships/header" Target="header7.xml"/><Relationship Id="rId27" Type="http://schemas.openxmlformats.org/officeDocument/2006/relationships/footer" Target="footer7.xml"/><Relationship Id="rId28" Type="http://schemas.openxmlformats.org/officeDocument/2006/relationships/image" Target="media/image6.png"/><Relationship Id="rId29" Type="http://schemas.openxmlformats.org/officeDocument/2006/relationships/header" Target="header8.xml"/><Relationship Id="rId30" Type="http://schemas.openxmlformats.org/officeDocument/2006/relationships/footer" Target="footer8.xml"/><Relationship Id="rId31" Type="http://schemas.openxmlformats.org/officeDocument/2006/relationships/header" Target="header9.xml"/><Relationship Id="rId32" Type="http://schemas.openxmlformats.org/officeDocument/2006/relationships/footer" Target="footer9.xml"/><Relationship Id="rId33" Type="http://schemas.openxmlformats.org/officeDocument/2006/relationships/image" Target="media/image7.png"/><Relationship Id="rId34" Type="http://schemas.openxmlformats.org/officeDocument/2006/relationships/header" Target="header10.xml"/><Relationship Id="rId35" Type="http://schemas.openxmlformats.org/officeDocument/2006/relationships/footer" Target="footer10.xml"/><Relationship Id="rId36" Type="http://schemas.openxmlformats.org/officeDocument/2006/relationships/header" Target="header11.xml"/><Relationship Id="rId37" Type="http://schemas.openxmlformats.org/officeDocument/2006/relationships/footer" Target="footer11.xml"/><Relationship Id="rId38" Type="http://schemas.openxmlformats.org/officeDocument/2006/relationships/hyperlink" Target="https://parti-equinoxe.fr/programme/" TargetMode="External"/><Relationship Id="rId39" Type="http://schemas.openxmlformats.org/officeDocument/2006/relationships/hyperlink" Target="https://parti-equinoxe.fr/europeennes-2024/" TargetMode="External"/><Relationship Id="rId40" Type="http://schemas.openxmlformats.org/officeDocument/2006/relationships/hyperlink" Target="https://parti-equinoxe.fr/qui-est-antoine-mikolajczak/" TargetMode="External"/><Relationship Id="rId41" Type="http://schemas.openxmlformats.org/officeDocument/2006/relationships/hyperlink" Target="https://lesecologistes.fr/document/5ZhR2m5t2ZaGKqIdD1bJaD/vdef-programme-1.pdf" TargetMode="External"/><Relationship Id="rId42" Type="http://schemas.openxmlformats.org/officeDocument/2006/relationships/hyperlink" Target="https://place-publique.eu/document/3Ari5O0s5O1L4iK1uyUhI0/pp-acte-un.pdf" TargetMode="External"/><Relationship Id="rId43" Type="http://schemas.openxmlformats.org/officeDocument/2006/relationships/hyperlink" Target="https://francoisruffin.fr/" TargetMode="External"/><Relationship Id="rId44" Type="http://schemas.openxmlformats.org/officeDocument/2006/relationships/hyperlink" Target="https://legrandcontinent.eu/fr/2026/02/25/pour-une-declaration-dindependance-la-doctrine-ruffin-sur-leurope/" TargetMode="External"/><Relationship Id="rId45" Type="http://schemas.openxmlformats.org/officeDocument/2006/relationships/hyperlink" Target="https://lafranceinsoumise.fr/wp-content/uploads/2024/05/PROGRAMME-UNION-POPULAIRE_EURO-2024.pdf" TargetMode="External"/><Relationship Id="rId46" Type="http://schemas.openxmlformats.org/officeDocument/2006/relationships/hyperlink" Target="https://oise.pcf.fr/sites/default/files/e2024-gumt-programme.pdf" TargetMode="External"/><Relationship Id="rId47" Type="http://schemas.openxmlformats.org/officeDocument/2006/relationships/hyperlink" Target="https://attalpresident.fr/programme/" TargetMode="External"/><Relationship Id="rId48" Type="http://schemas.openxmlformats.org/officeDocument/2006/relationships/hyperlink" Target="https://horizonsleparti.fr/" TargetMode="External"/><Relationship Id="rId49" Type="http://schemas.openxmlformats.org/officeDocument/2006/relationships/hyperlink" Target="https://rassemblementnational.fr/documents/202406-programme.pdf" TargetMode="External"/><Relationship Id="rId50" Type="http://schemas.openxmlformats.org/officeDocument/2006/relationships/hyperlink" Target="https://republicains.fr/actualites/" TargetMode="External"/><Relationship Id="rId51" Type="http://schemas.openxmlformats.org/officeDocument/2006/relationships/hyperlink" Target="https://www.cnccep.fr/pdfs/Candidat-12-Eric-Zemmour-Declar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Compatibilité programmatique — présidentielle 2027 — référentiel Équinoxe</dc:title>
  <dc:subject>Comparatif indépendant de dix candidatures sur dix axes notés directement sur dix</dc:subject>
  <dc:creator>Document de travail indépendant</dc:creator>
  <cp:keywords/>
  <dc:description>Version harmonisée du 30 juillet 2026</dc:description>
  <cp:lastModifiedBy/>
  <cp:revision>2</cp:revision>
  <dcterms:created xsi:type="dcterms:W3CDTF">2013-12-23T23:15:00Z</dcterms:created>
  <dcterms:modified xsi:type="dcterms:W3CDTF">2013-12-23T23:15:00Z</dcterms:modified>
  <cp:category/>
</cp:coreProperties>
</file>